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[YER]</w:t>
      </w:r>
      <w:r>
        <w:rPr>
          <w:b/>
          <w:i w:val="0"/>
        </w:rPr>
        <w:t xml:space="preserve"> </w:t>
      </w:r>
      <w:r>
        <w:rPr>
          <w:b/>
          <w:i w:val="0"/>
        </w:rPr>
        <w:t>[NUMARA]</w:t>
      </w:r>
      <w:r>
        <w:rPr>
          <w:b/>
          <w:i w:val="0"/>
        </w:rPr>
        <w:t xml:space="preserve"> İCRA DAİRESİNE</w:t>
      </w:r>
    </w:p>
    <w:p>
      <w:pPr>
        <w:widowControl/>
        <w:spacing w:after="80"/>
      </w:pPr>
      <w:r>
        <w:rPr>
          <w:b/>
        </w:rPr>
        <w:t xml:space="preserve">DOSYA NO : </w:t>
      </w:r>
      <w:r>
        <w:t>[YIL / ESAS]</w:t>
      </w:r>
    </w:p>
    <w:p>
      <w:pPr>
        <w:widowControl/>
        <w:spacing w:after="80"/>
      </w:pPr>
      <w:r>
        <w:rPr>
          <w:b/>
        </w:rPr>
        <w:t xml:space="preserve">BORÇLU : </w:t>
      </w:r>
      <w:r>
        <w:t>[AD SOYAD / UNVAN, T.C. KİMLİK / VERGİ NUMARASI]</w:t>
      </w:r>
    </w:p>
    <w:p>
      <w:pPr>
        <w:widowControl/>
        <w:spacing w:after="80"/>
      </w:pPr>
      <w:r>
        <w:rPr>
          <w:b/>
        </w:rPr>
        <w:t xml:space="preserve">ADRES : </w:t>
      </w:r>
      <w:r>
        <w:t>[AÇIK TEBLİGAT ADRESİ]</w:t>
      </w:r>
    </w:p>
    <w:p>
      <w:pPr>
        <w:widowControl/>
        <w:spacing w:after="80"/>
      </w:pPr>
      <w:r>
        <w:rPr>
          <w:b/>
        </w:rPr>
        <w:t xml:space="preserve">VEKİLİ : </w:t>
      </w:r>
      <w:r>
        <w:t>[VARSA AD SOYAD, BARO SİCİLİ, ADRES / UETS]</w:t>
      </w:r>
    </w:p>
    <w:p>
      <w:pPr>
        <w:widowControl/>
        <w:spacing w:after="80"/>
      </w:pPr>
      <w:r>
        <w:rPr>
          <w:b/>
        </w:rPr>
        <w:t xml:space="preserve">KARŞI TARAF : </w:t>
      </w:r>
      <w:r>
        <w:t>[AD SOYAD / UNVAN]</w:t>
      </w:r>
    </w:p>
    <w:p>
      <w:pPr>
        <w:widowControl/>
        <w:spacing w:after="80"/>
      </w:pPr>
      <w:r>
        <w:rPr>
          <w:b/>
        </w:rPr>
        <w:t xml:space="preserve">KONU : </w:t>
      </w:r>
      <w:r>
        <w:t>Takip konusu borca ve ferilerine [TAMAMEN / AŞAĞIDA GÖSTERİLEN KISIM YÖNÜNDEN] itirazımdır.</w:t>
      </w:r>
    </w:p>
    <w:p>
      <w:pPr>
        <w:widowControl/>
        <w:spacing w:after="80"/>
      </w:pPr>
      <w:r>
        <w:rPr>
          <w:b/>
        </w:rPr>
        <w:t xml:space="preserve">ÖDEME EMRİ TEBLİĞ TARİHİ : </w:t>
      </w:r>
      <w:r>
        <w:t>[GG.AA.YYYY]</w:t>
      </w:r>
    </w:p>
    <w:p>
      <w:pPr>
        <w:pStyle w:val="Heading1"/>
        <w:widowControl/>
      </w:pPr>
      <w:r>
        <w:rPr>
          <w:b/>
          <w:i w:val="0"/>
        </w:rPr>
        <w:t>AÇIKLAMALAR</w:t>
      </w:r>
    </w:p>
    <w:p>
      <w:pPr>
        <w:widowControl/>
        <w:jc w:val="both"/>
      </w:pPr>
      <w:r>
        <w:rPr>
          <w:b w:val="0"/>
          <w:i w:val="0"/>
        </w:rPr>
        <w:t xml:space="preserve">1. Dosyanızdan gönderilen Örnek No. 7 ödeme emri tarafıma </w:t>
      </w:r>
      <w:r>
        <w:rPr>
          <w:b/>
          <w:i w:val="0"/>
        </w:rPr>
        <w:t>[TEBLİĞ TARİHİ]</w:t>
      </w:r>
      <w:r>
        <w:rPr>
          <w:b w:val="0"/>
          <w:i w:val="0"/>
        </w:rPr>
        <w:t xml:space="preserve"> tarihinde tebliğ edilmiştir. Yasal süresi içinde itiraz ediyorum.</w:t>
      </w:r>
    </w:p>
    <w:p>
      <w:pPr>
        <w:widowControl/>
        <w:jc w:val="both"/>
      </w:pPr>
      <w:r>
        <w:rPr>
          <w:b w:val="0"/>
          <w:i w:val="0"/>
        </w:rPr>
        <w:t xml:space="preserve">2. Alacaklı tarafından </w:t>
      </w:r>
      <w:r>
        <w:rPr>
          <w:b/>
          <w:i w:val="0"/>
        </w:rPr>
        <w:t>[DAYANAK BELGE / BORÇ İLİŞKİSİ]</w:t>
      </w:r>
      <w:r>
        <w:rPr>
          <w:b w:val="0"/>
          <w:i w:val="0"/>
        </w:rPr>
        <w:t xml:space="preserve"> gerekçesiyle </w:t>
      </w:r>
      <w:r>
        <w:rPr>
          <w:b/>
          <w:i w:val="0"/>
        </w:rPr>
        <w:t>[ASIL ALACAK]</w:t>
      </w:r>
      <w:r>
        <w:rPr>
          <w:b w:val="0"/>
          <w:i w:val="0"/>
        </w:rPr>
        <w:t xml:space="preserve"> ve </w:t>
      </w:r>
      <w:r>
        <w:rPr>
          <w:b/>
          <w:i w:val="0"/>
        </w:rPr>
        <w:t>[FERİLER]</w:t>
      </w:r>
      <w:r>
        <w:rPr>
          <w:b w:val="0"/>
          <w:i w:val="0"/>
        </w:rPr>
        <w:t xml:space="preserve"> talep edilmiştir. Borca itiraz sebebim </w:t>
      </w:r>
      <w:r>
        <w:rPr>
          <w:b/>
          <w:i w:val="0"/>
        </w:rPr>
        <w:t>[BORÇ İLİŞKİSİNİN BULUNMAMASI / ÖDEME / TAKAS / ZAMANAŞIMI / DİĞER SOMUT SEBEP]</w:t>
      </w:r>
      <w:r>
        <w:rPr>
          <w:b w:val="0"/>
          <w:i w:val="0"/>
        </w:rPr>
        <w:t xml:space="preserve"> olup ilgili olay </w:t>
      </w:r>
      <w:r>
        <w:rPr>
          <w:b/>
          <w:i w:val="0"/>
        </w:rPr>
        <w:t>[TARİH VE AÇIKLAMA]</w:t>
      </w:r>
      <w:r>
        <w:rPr>
          <w:b w:val="0"/>
          <w:i w:val="0"/>
        </w:rPr>
        <w:t xml:space="preserve"> şeklindedir.</w:t>
      </w:r>
    </w:p>
    <w:p>
      <w:pPr>
        <w:widowControl/>
        <w:jc w:val="both"/>
      </w:pPr>
      <w:r>
        <w:rPr>
          <w:b w:val="0"/>
          <w:i w:val="0"/>
        </w:rPr>
        <w:t xml:space="preserve">3. İtiraz kapsamı: </w:t>
      </w:r>
      <w:r>
        <w:rPr>
          <w:b/>
          <w:i w:val="0"/>
        </w:rPr>
        <w:t>[BORCUN TAMAMI VE FERİLERİ / İTİRAZ EDİLEN ASIL ALACAK TUTARI, FAİZ KALEMİ VE DİĞER FERİLER]</w:t>
      </w:r>
      <w:r>
        <w:rPr>
          <w:b w:val="0"/>
          <w:i w:val="0"/>
        </w:rPr>
        <w:t xml:space="preserve">. Kısmi itiraz varsa itiraz edilmeyen bölüm </w:t>
      </w:r>
      <w:r>
        <w:rPr>
          <w:b/>
          <w:i w:val="0"/>
        </w:rPr>
        <w:t>[TUTAR VE KALEM]</w:t>
      </w:r>
      <w:r>
        <w:rPr>
          <w:b w:val="0"/>
          <w:i w:val="0"/>
        </w:rPr>
        <w:t xml:space="preserve"> şeklindedir.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2004 sayılı İcra ve İflas Kanunu m.62 ve 66.</w:t>
      </w:r>
    </w:p>
    <w:p>
      <w:pPr>
        <w:pStyle w:val="Heading1"/>
        <w:widowControl/>
      </w:pPr>
      <w:r>
        <w:rPr>
          <w:b/>
          <w:i w:val="0"/>
        </w:rPr>
        <w:t>SONUÇ VE TALEP</w:t>
      </w:r>
    </w:p>
    <w:p>
      <w:pPr>
        <w:widowControl/>
        <w:jc w:val="both"/>
      </w:pPr>
      <w:r>
        <w:rPr>
          <w:b w:val="0"/>
          <w:i w:val="0"/>
        </w:rPr>
        <w:t>Süresinde yaptığım itirazın kayda alınmasını, takibin itiraz ettiğim bölüm yönünden durdurulmasını ve itirazın alacaklıya bildirilmesini talep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</w:r>
      <w:r>
        <w:rPr>
          <w:b/>
          <w:i w:val="0"/>
        </w:rPr>
        <w:t>[TARİH]</w:t>
      </w:r>
      <w:r>
        <w:rPr>
          <w:b w:val="0"/>
          <w:i w:val="0"/>
        </w:rPr>
        <w:br/>
        <w:t>İtiraz eden borçlu veya vekili</w:t>
        <w:br/>
      </w:r>
      <w:r>
        <w:rPr>
          <w:b/>
          <w:i w:val="0"/>
        </w:rPr>
        <w:t>[AD SOYAD]</w:t>
      </w:r>
      <w:r>
        <w:rPr>
          <w:b w:val="0"/>
          <w:i w:val="0"/>
        </w:rPr>
        <w:br/>
        <w:t>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Ödeme emri ve tebliğ kaydı</w:t>
      </w:r>
    </w:p>
    <w:p>
      <w:pPr>
        <w:widowControl/>
      </w:pPr>
      <w:r>
        <w:rPr>
          <w:b w:val="0"/>
          <w:i w:val="0"/>
        </w:rPr>
        <w:t>2. İtiraz nedenini gösteren ödeme belgesi / sözleşme / kayıt (varsa)</w:t>
      </w:r>
    </w:p>
    <w:p>
      <w:pPr>
        <w:widowControl/>
      </w:pPr>
      <w:r>
        <w:rPr>
          <w:b w:val="0"/>
          <w:i w:val="0"/>
        </w:rPr>
        <w:t>3. Vekille başvuruluyorsa vekâletname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Genel Haciz Yoluyla Takipte Borca İtiraz</dc:title>
  <dc:subject>İcra ve İflas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