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[YER]</w:t>
      </w:r>
      <w:r>
        <w:rPr>
          <w:b/>
          <w:i w:val="0"/>
        </w:rPr>
        <w:t xml:space="preserve"> </w:t>
      </w:r>
      <w:r>
        <w:rPr>
          <w:b/>
          <w:i w:val="0"/>
        </w:rPr>
        <w:t>[NUMARA]</w:t>
      </w:r>
      <w:r>
        <w:rPr>
          <w:b/>
          <w:i w:val="0"/>
        </w:rPr>
        <w:t xml:space="preserve"> İCRA DAİRESİNE</w:t>
      </w:r>
    </w:p>
    <w:p>
      <w:pPr>
        <w:widowControl/>
        <w:spacing w:after="80"/>
      </w:pPr>
      <w:r>
        <w:rPr>
          <w:b/>
        </w:rPr>
        <w:t xml:space="preserve">DOSYA NO : </w:t>
      </w:r>
      <w:r>
        <w:t>[YIL / ESAS]</w:t>
      </w:r>
    </w:p>
    <w:p>
      <w:pPr>
        <w:widowControl/>
        <w:spacing w:after="80"/>
      </w:pPr>
      <w:r>
        <w:rPr>
          <w:b/>
        </w:rPr>
        <w:t xml:space="preserve">TALEP EDEN : </w:t>
      </w:r>
      <w:r>
        <w:t>[AD SOYAD / UNVAN, T.C. KİMLİK / VERGİ NUMARASI]</w:t>
      </w:r>
    </w:p>
    <w:p>
      <w:pPr>
        <w:widowControl/>
        <w:spacing w:after="80"/>
      </w:pPr>
      <w:r>
        <w:rPr>
          <w:b/>
        </w:rPr>
        <w:t xml:space="preserve">ADRES : </w:t>
      </w:r>
      <w:r>
        <w:t>[AÇIK TEBLİGAT ADRESİ]</w:t>
      </w:r>
    </w:p>
    <w:p>
      <w:pPr>
        <w:widowControl/>
        <w:spacing w:after="80"/>
      </w:pPr>
      <w:r>
        <w:rPr>
          <w:b/>
        </w:rPr>
        <w:t xml:space="preserve">VEKİLİ : </w:t>
      </w:r>
      <w:r>
        <w:t>[VARSA AD SOYAD, BARO SİCİLİ, ADRES / UETS]</w:t>
      </w:r>
    </w:p>
    <w:p>
      <w:pPr>
        <w:widowControl/>
        <w:spacing w:after="80"/>
      </w:pPr>
      <w:r>
        <w:rPr>
          <w:b/>
        </w:rPr>
        <w:t xml:space="preserve">KARŞI TARAF : </w:t>
      </w:r>
      <w:r>
        <w:t>[AD SOYAD / UNVAN]</w:t>
      </w:r>
    </w:p>
    <w:p>
      <w:pPr>
        <w:widowControl/>
        <w:spacing w:after="80"/>
      </w:pPr>
      <w:r>
        <w:rPr>
          <w:b/>
        </w:rPr>
        <w:t xml:space="preserve">KONU : </w:t>
      </w:r>
      <w:r>
        <w:t>İcra dosyasını inceleme ve belirtilen evrak örneklerini alma talebidir.</w:t>
      </w:r>
    </w:p>
    <w:p>
      <w:pPr>
        <w:widowControl/>
        <w:spacing w:after="80"/>
      </w:pPr>
      <w:r>
        <w:rPr>
          <w:b/>
        </w:rPr>
        <w:t xml:space="preserve">SIFATI VE HUKUKİ İLGİSİ : </w:t>
      </w:r>
      <w:r>
        <w:t>[TARAF / VEKİL / İLGİLİ; ÜÇÜNCÜ KİŞİ İSE SOMUT İLGİ]</w:t>
      </w:r>
    </w:p>
    <w:p>
      <w:pPr>
        <w:widowControl/>
        <w:jc w:val="both"/>
      </w:pPr>
      <w:r>
        <w:rPr>
          <w:b w:val="0"/>
          <w:i w:val="0"/>
        </w:rPr>
        <w:t xml:space="preserve">Dosyayla ilgim </w:t>
      </w:r>
      <w:r>
        <w:rPr>
          <w:b/>
          <w:i w:val="0"/>
        </w:rPr>
        <w:t>[TARAF SIFATI / TEMSİL / HACİZLİ MALDAKİ HAK / DİĞER SOMUT İLGİ]</w:t>
      </w:r>
      <w:r>
        <w:rPr>
          <w:b w:val="0"/>
          <w:i w:val="0"/>
        </w:rPr>
        <w:t xml:space="preserve"> niteliğindedir. Bu ilgiyi gösteren belge </w:t>
      </w:r>
      <w:r>
        <w:rPr>
          <w:b/>
          <w:i w:val="0"/>
        </w:rPr>
        <w:t>[BELGE]</w:t>
      </w:r>
      <w:r>
        <w:rPr>
          <w:b w:val="0"/>
          <w:i w:val="0"/>
        </w:rPr>
        <w:t xml:space="preserve"> olarak sunulmaktadır.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2339"/>
        <w:gridCol w:w="2339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İstenen evrak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Tarihi / numarası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Örnek türü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[TAKİP TALEBİ / ÖDEME EMRİ / TEBLİĞ MAZBATASI / HACİZ TUTANAĞI / HESAP]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 / NUMARA]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[ELEKTRONİK / FOTOKOPİ / ONAYLI ÖRNEK]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>Dosyayı incelememe ve tabloda belirtilen evrak örneklerini almama izin verilmesini, gerekli harç veya çoğaltma giderlerinin bildirilmesini talep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</w:r>
      <w:r>
        <w:rPr>
          <w:b/>
          <w:i w:val="0"/>
        </w:rPr>
        <w:t>[TARİH]</w:t>
      </w:r>
      <w:r>
        <w:rPr>
          <w:b w:val="0"/>
          <w:i w:val="0"/>
        </w:rPr>
        <w:br/>
      </w:r>
      <w:r>
        <w:rPr>
          <w:b/>
          <w:i w:val="0"/>
        </w:rPr>
        <w:t>[TALEP EDENİN SIFATI]</w:t>
      </w:r>
      <w:r>
        <w:rPr>
          <w:b w:val="0"/>
          <w:i w:val="0"/>
        </w:rPr>
        <w:br/>
      </w:r>
      <w:r>
        <w:rPr>
          <w:b/>
          <w:i w:val="0"/>
        </w:rPr>
        <w:t>[AD SOYAD / UNVAN]</w:t>
      </w:r>
      <w:r>
        <w:rPr>
          <w:b w:val="0"/>
          <w:i w:val="0"/>
        </w:rPr>
        <w:br/>
      </w:r>
      <w:r>
        <w:rPr>
          <w:b/>
          <w:i w:val="0"/>
        </w:rPr>
        <w:t>[VARSA YETKİLİ VEKİLİN ADI SOYADI]</w:t>
      </w:r>
      <w:r>
        <w:rPr>
          <w:b w:val="0"/>
          <w:i w:val="0"/>
        </w:rPr>
        <w:br/>
        <w:t>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Kimlik / temsil belgesi</w:t>
      </w:r>
    </w:p>
    <w:p>
      <w:pPr>
        <w:widowControl/>
      </w:pPr>
      <w:r>
        <w:rPr>
          <w:b w:val="0"/>
          <w:i w:val="0"/>
        </w:rPr>
        <w:t>2. Üçüncü kişi ise hukuki ilgiyi gösteren belge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İcra Dosyası İnceleme ve Örnek Talebi</dc:title>
  <dc:subject>İcra ve İflas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