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  <w:t>İŞÇİNİN YAZILI SAVUNMASI</w:t>
      </w:r>
    </w:p>
    <w:p>
      <w:pPr>
        <w:widowControl/>
        <w:spacing w:after="80"/>
      </w:pPr>
      <w:r>
        <w:rPr>
          <w:b/>
        </w:rPr>
        <w:t xml:space="preserve">Muhatap : </w:t>
      </w:r>
      <w:r>
        <w:t>[İŞVEREN / İNCELEME BİRİMİ]</w:t>
      </w:r>
    </w:p>
    <w:p>
      <w:pPr>
        <w:widowControl/>
        <w:spacing w:after="80"/>
      </w:pPr>
      <w:r>
        <w:rPr>
          <w:b/>
        </w:rPr>
        <w:t xml:space="preserve">Savunma veren : </w:t>
      </w:r>
      <w:r>
        <w:t>[AD, SİCİL, GÖREV]</w:t>
      </w:r>
    </w:p>
    <w:p>
      <w:pPr>
        <w:widowControl/>
        <w:spacing w:after="80"/>
      </w:pPr>
      <w:r>
        <w:rPr>
          <w:b/>
        </w:rPr>
        <w:t xml:space="preserve">Savunma istemi : </w:t>
      </w:r>
      <w:r>
        <w:t>[TARİH / SAYI, TEBLİĞ TARİHİ]</w:t>
      </w:r>
    </w:p>
    <w:p>
      <w:pPr>
        <w:widowControl/>
        <w:spacing w:after="80"/>
      </w:pPr>
      <w:r>
        <w:rPr>
          <w:b/>
        </w:rPr>
        <w:t xml:space="preserve">Konu : </w:t>
      </w:r>
      <w:r>
        <w:t>[İDDİANIN KISA VE SOMUT ÖZETİ]</w:t>
      </w:r>
    </w:p>
    <w:p>
      <w:pPr>
        <w:pStyle w:val="Heading1"/>
        <w:widowControl/>
      </w:pPr>
      <w:r>
        <w:rPr>
          <w:b/>
          <w:i w:val="0"/>
        </w:rPr>
        <w:t>İDDİAYA CEVABIM</w:t>
      </w:r>
    </w:p>
    <w:p>
      <w:pPr>
        <w:widowControl/>
        <w:jc w:val="both"/>
      </w:pPr>
      <w:r>
        <w:rPr>
          <w:b w:val="0"/>
          <w:i w:val="0"/>
        </w:rPr>
        <w:t xml:space="preserve">1.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tarihli isteminizde </w:t>
      </w:r>
      <w:r>
        <w:rPr>
          <w:b/>
          <w:i w:val="0"/>
        </w:rPr>
        <w:t>[İDDİA]</w:t>
      </w:r>
      <w:r>
        <w:rPr>
          <w:b w:val="0"/>
          <w:i w:val="0"/>
        </w:rPr>
        <w:t xml:space="preserve"> ileri sürülmüştür. Bu iddiaya ilişkin cevabım </w:t>
      </w:r>
      <w:r>
        <w:rPr>
          <w:b/>
          <w:i w:val="0"/>
        </w:rPr>
        <w:t>[KABUL EDİLEN OLGULAR / İTİRAZ EDİLEN HUSUSLAR]</w:t>
      </w:r>
      <w:r>
        <w:rPr>
          <w:b w:val="0"/>
          <w:i w:val="0"/>
        </w:rPr>
        <w:t xml:space="preserve"> şeklindedir. Kabul ettiğim maddi olay ile katılmadığım değerlendirmeyi ayrı açıklıyorum.</w:t>
      </w:r>
    </w:p>
    <w:p>
      <w:pPr>
        <w:widowControl/>
        <w:jc w:val="both"/>
      </w:pPr>
      <w:r>
        <w:rPr>
          <w:b w:val="0"/>
          <w:i w:val="0"/>
        </w:rPr>
        <w:t xml:space="preserve">2. Olay </w:t>
      </w:r>
      <w:r>
        <w:rPr>
          <w:b/>
          <w:i w:val="0"/>
        </w:rPr>
        <w:t>[TARİH, SAAT, YER]</w:t>
      </w:r>
      <w:r>
        <w:rPr>
          <w:b w:val="0"/>
          <w:i w:val="0"/>
        </w:rPr>
        <w:t xml:space="preserve">de şu şekilde gelişmiştir: </w:t>
      </w:r>
      <w:r>
        <w:rPr>
          <w:b/>
          <w:i w:val="0"/>
        </w:rPr>
        <w:t>[KRONOLOJİ]</w:t>
      </w:r>
      <w:r>
        <w:rPr>
          <w:b w:val="0"/>
          <w:i w:val="0"/>
        </w:rPr>
        <w:t xml:space="preserve">. Tarafıma verilen talimat, mevcut iş yükü, kullanılan araç ve ekip koşulları </w:t>
      </w:r>
      <w:r>
        <w:rPr>
          <w:b/>
          <w:i w:val="0"/>
        </w:rPr>
        <w:t>[BİLGİ]</w:t>
      </w:r>
      <w:r>
        <w:rPr>
          <w:b w:val="0"/>
          <w:i w:val="0"/>
        </w:rPr>
        <w:t xml:space="preserve">dir. Sonucu etkileyen ve dikkate alınmasını istediğim hususlar </w:t>
      </w:r>
      <w:r>
        <w:rPr>
          <w:b/>
          <w:i w:val="0"/>
        </w:rPr>
        <w:t>[AÇIKLAMA]</w:t>
      </w:r>
      <w:r>
        <w:rPr>
          <w:b w:val="0"/>
          <w:i w:val="0"/>
        </w:rPr>
        <w:t>dır.</w:t>
      </w:r>
    </w:p>
    <w:p>
      <w:pPr>
        <w:widowControl/>
        <w:jc w:val="both"/>
      </w:pPr>
      <w:r>
        <w:rPr>
          <w:b w:val="0"/>
          <w:i w:val="0"/>
        </w:rPr>
        <w:t xml:space="preserve">3. </w:t>
      </w:r>
      <w:r>
        <w:rPr>
          <w:b/>
          <w:i w:val="0"/>
        </w:rPr>
        <w:t>[VARSA]</w:t>
      </w:r>
      <w:r>
        <w:rPr>
          <w:b w:val="0"/>
          <w:i w:val="0"/>
        </w:rPr>
        <w:t xml:space="preserve"> Mazeretim ve işverene yaptığım bildirim </w:t>
      </w:r>
      <w:r>
        <w:rPr>
          <w:b/>
          <w:i w:val="0"/>
        </w:rPr>
        <w:t>[TARİH, MUHATAP, YÖNTEM]</w:t>
      </w:r>
      <w:r>
        <w:rPr>
          <w:b w:val="0"/>
          <w:i w:val="0"/>
        </w:rPr>
        <w:t xml:space="preserve"> olup belgesi </w:t>
      </w:r>
      <w:r>
        <w:rPr>
          <w:b/>
          <w:i w:val="0"/>
        </w:rPr>
        <w:t>[EK]</w:t>
      </w:r>
      <w:r>
        <w:rPr>
          <w:b w:val="0"/>
          <w:i w:val="0"/>
        </w:rPr>
        <w:t xml:space="preserve">tedir. İddiaya dayanak kayıttaki eksiklik veya yanlışlık </w:t>
      </w:r>
      <w:r>
        <w:rPr>
          <w:b/>
          <w:i w:val="0"/>
        </w:rPr>
        <w:t>[KAYIT VE SOMUT İTİRAZ]</w:t>
      </w:r>
      <w:r>
        <w:rPr>
          <w:b w:val="0"/>
          <w:i w:val="0"/>
        </w:rPr>
        <w:t>dır.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677"/>
        <w:gridCol w:w="4677"/>
      </w:tblGrid>
      <w:tr>
        <w:trPr>
          <w:cantSplit/>
          <w:tblHeader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Delil / incelenmesi istenen kayıt</w:t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İspat edeceği husus</w:t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[E-POSTA, TALİMAT, GİRİŞ KAYDI VB.]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[OLGU]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[TANIK ADI, GÖREV, İLETİŞİM]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4677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[BİZZAT GÖRDÜĞÜ OLAY]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widowControl/>
        <w:jc w:val="both"/>
      </w:pPr>
      <w:r>
        <w:rPr>
          <w:b w:val="0"/>
          <w:i w:val="0"/>
        </w:rPr>
        <w:t xml:space="preserve">4. Açıklamalarım ve eklerim değerlendirilerek hakkımda işlem yapılmamasını / </w:t>
      </w:r>
      <w:r>
        <w:rPr>
          <w:b/>
          <w:i w:val="0"/>
        </w:rPr>
        <w:t>[SOMUT İSTEM]</w:t>
      </w:r>
      <w:r>
        <w:rPr>
          <w:b w:val="0"/>
          <w:i w:val="0"/>
        </w:rPr>
        <w:t xml:space="preserve"> talep ederim. </w:t>
      </w:r>
      <w:r>
        <w:rPr>
          <w:b/>
          <w:i w:val="0"/>
        </w:rPr>
        <w:t>[ERİŞİLEMEYEN BELGE VARSA]</w:t>
      </w:r>
      <w:r>
        <w:rPr>
          <w:b w:val="0"/>
          <w:i w:val="0"/>
        </w:rPr>
        <w:t xml:space="preserve"> </w:t>
      </w:r>
      <w:r>
        <w:rPr>
          <w:b/>
          <w:i w:val="0"/>
        </w:rPr>
        <w:t>[BELGE]</w:t>
      </w:r>
      <w:r>
        <w:rPr>
          <w:b w:val="0"/>
          <w:i w:val="0"/>
        </w:rPr>
        <w:t>ye erişim sağlanmasını ve inceleme sonrası tamamlayıcı açıklama için uygun süre verilmesini istiyorum.</w:t>
      </w:r>
    </w:p>
    <w:p>
      <w:pPr>
        <w:widowControl/>
        <w:jc w:val="both"/>
      </w:pPr>
      <w:r>
        <w:rPr>
          <w:b w:val="0"/>
          <w:i w:val="0"/>
        </w:rPr>
        <w:t xml:space="preserve">Bu savunma iş sözleşmesini sona erdirme iradesi, ücret kesintisini kabul veya alacaklardan vazgeçme içermez. </w:t>
      </w:r>
      <w:r>
        <w:rPr>
          <w:b/>
          <w:i w:val="0"/>
        </w:rPr>
        <w:t>[TARİH]</w:t>
      </w:r>
      <w:r>
        <w:rPr>
          <w:b w:val="0"/>
          <w:i w:val="0"/>
        </w:rPr>
      </w:r>
    </w:p>
    <w:p>
      <w:pPr>
        <w:keepLines/>
        <w:widowControl/>
        <w:spacing w:before="240"/>
        <w:jc w:val="right"/>
      </w:pPr>
      <w:r>
        <w:rPr>
          <w:b w:val="0"/>
          <w:i w:val="0"/>
        </w:rPr>
        <w:t>Savunma veren işçi</w:t>
        <w:br/>
      </w:r>
      <w:r>
        <w:rPr>
          <w:b/>
          <w:i w:val="0"/>
        </w:rPr>
        <w:t>[AD — İMZA]</w:t>
      </w:r>
      <w:r>
        <w:rPr>
          <w:b w:val="0"/>
          <w:i w:val="0"/>
        </w:rPr>
        <w:br/>
        <w:t>Teslim alan</w:t>
        <w:br/>
      </w:r>
      <w:r>
        <w:rPr>
          <w:b/>
          <w:i w:val="0"/>
        </w:rPr>
        <w:t>[AD — TARİH/SAAT — İMZA]</w:t>
      </w:r>
      <w:r>
        <w:rPr>
          <w:b w:val="0"/>
          <w:i w:val="0"/>
        </w:rPr>
      </w:r>
    </w:p>
    <w:p>
      <w:pPr>
        <w:pStyle w:val="Heading1"/>
        <w:widowControl/>
      </w:pPr>
      <w:r>
        <w:rPr>
          <w:b/>
          <w:i w:val="0"/>
        </w:rPr>
        <w:t>EKLER</w:t>
      </w:r>
    </w:p>
    <w:p>
      <w:pPr>
        <w:widowControl/>
      </w:pPr>
      <w:r>
        <w:rPr>
          <w:b w:val="0"/>
          <w:i w:val="0"/>
        </w:rPr>
        <w:t>1. Savunma istemi</w:t>
      </w:r>
    </w:p>
    <w:p>
      <w:pPr>
        <w:widowControl/>
      </w:pPr>
      <w:r>
        <w:rPr>
          <w:b w:val="0"/>
          <w:i w:val="0"/>
        </w:rPr>
        <w:t>2. Dayanak belgeler ve tanık listesi</w:t>
      </w:r>
    </w:p>
    <w:sectPr w:rsidR="00FC693F" w:rsidRPr="0006063C" w:rsidSect="00034616">
      <w:footerReference w:type="default" r:id="rId9"/>
      <w:pgSz w:w="11906" w:h="16838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İşçi Savunma Formu</dc:title>
  <dc:subject>İş ve İşçilik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