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İŞÇİNİN BİLDİRİMLİ FESİH (İSTİFA) BİLDİRİMİ</w:t>
      </w:r>
    </w:p>
    <w:p>
      <w:pPr>
        <w:widowControl/>
        <w:spacing w:after="80"/>
      </w:pPr>
      <w:r>
        <w:rPr>
          <w:b/>
        </w:rPr>
        <w:t xml:space="preserve">Muhatap işveren : </w:t>
      </w:r>
      <w:r>
        <w:t>[UNVAN, ADRES]</w:t>
      </w:r>
    </w:p>
    <w:p>
      <w:pPr>
        <w:widowControl/>
        <w:spacing w:after="80"/>
      </w:pPr>
      <w:r>
        <w:rPr>
          <w:b/>
        </w:rPr>
        <w:t xml:space="preserve">Bildiren işçi : </w:t>
      </w:r>
      <w:r>
        <w:t>[AD SOYAD, KİMLİK / SİCİL NO]</w:t>
      </w:r>
    </w:p>
    <w:p>
      <w:pPr>
        <w:widowControl/>
        <w:spacing w:after="80"/>
      </w:pPr>
      <w:r>
        <w:rPr>
          <w:b/>
        </w:rPr>
        <w:t xml:space="preserve">Görev ve işyeri : </w:t>
      </w:r>
      <w:r>
        <w:t>[BİLGİ]</w:t>
      </w:r>
    </w:p>
    <w:p>
      <w:pPr>
        <w:widowControl/>
        <w:spacing w:after="80"/>
      </w:pPr>
      <w:r>
        <w:rPr>
          <w:b/>
        </w:rPr>
        <w:t xml:space="preserve">İşe giriş / bildirim tarihi : </w:t>
      </w:r>
      <w:r>
        <w:t>[TARİHLER]</w:t>
      </w:r>
    </w:p>
    <w:p>
      <w:pPr>
        <w:widowControl/>
        <w:spacing w:after="80"/>
      </w:pPr>
      <w:r>
        <w:rPr>
          <w:b/>
        </w:rPr>
        <w:t xml:space="preserve">Son çalışma günü : </w:t>
      </w:r>
      <w:r>
        <w:t>[TARİH]</w:t>
      </w:r>
    </w:p>
    <w:p>
      <w:pPr>
        <w:widowControl/>
        <w:jc w:val="both"/>
      </w:pPr>
      <w:r>
        <w:rPr>
          <w:b w:val="0"/>
          <w:i w:val="0"/>
        </w:rPr>
        <w:t xml:space="preserve">İşyerinizde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tarihinden beri </w:t>
      </w:r>
      <w:r>
        <w:rPr>
          <w:b/>
          <w:i w:val="0"/>
        </w:rPr>
        <w:t>[GÖREV]</w:t>
      </w:r>
      <w:r>
        <w:rPr>
          <w:b w:val="0"/>
          <w:i w:val="0"/>
        </w:rPr>
        <w:t xml:space="preserve"> olarak çalışmaktayım. Belirsiz süreli iş sözleşmemi kendi irademle, 4857 sayılı Kanun m.17 kapsamında bildirimli olarak sona erdiriyorum.</w:t>
      </w:r>
    </w:p>
    <w:p>
      <w:pPr>
        <w:widowControl/>
        <w:jc w:val="both"/>
      </w:pPr>
      <w:r>
        <w:rPr>
          <w:b w:val="0"/>
          <w:i w:val="0"/>
        </w:rPr>
        <w:t xml:space="preserve">Çalışma süreme ve uygulanabilir sözleşme hükümlerine göre bildirim süresi </w:t>
      </w:r>
      <w:r>
        <w:rPr>
          <w:b/>
          <w:i w:val="0"/>
        </w:rPr>
        <w:t>[HAFTA]</w:t>
      </w:r>
      <w:r>
        <w:rPr>
          <w:b w:val="0"/>
          <w:i w:val="0"/>
        </w:rPr>
        <w:t xml:space="preserve"> olup, bildirimin tarafınıza ulaştığı tarih esas alınarak son çalışma günüm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olarak belirlenmiştir. Bu süre boyunca iş görme ve devir yükümlülüklerimi yerine getireceğim. </w:t>
      </w:r>
      <w:r>
        <w:rPr>
          <w:b/>
          <w:i w:val="0"/>
        </w:rPr>
        <w:t>[FARKLI AYRILIŞ TARİHİ KONUSUNDA KARŞILIKLI ANLAŞMA VARSA TARİH VE BELGE]</w:t>
      </w:r>
      <w:r>
        <w:rPr>
          <w:b w:val="0"/>
          <w:i w:val="0"/>
        </w:rPr>
        <w:t xml:space="preserve"> ayrıca belirtilmiştir.</w:t>
      </w:r>
    </w:p>
    <w:p>
      <w:pPr>
        <w:widowControl/>
        <w:jc w:val="both"/>
      </w:pPr>
      <w:r>
        <w:rPr>
          <w:b w:val="0"/>
          <w:i w:val="0"/>
        </w:rPr>
        <w:t xml:space="preserve">Son ücretimin, varsa kullanılmamış yıllık izin ücretimin ve diğer doğmuş alacaklarımın kalem bazında hesaplanarak </w:t>
      </w:r>
      <w:r>
        <w:rPr>
          <w:b/>
          <w:i w:val="0"/>
        </w:rPr>
        <w:t>[IBAN]</w:t>
      </w:r>
      <w:r>
        <w:rPr>
          <w:b w:val="0"/>
          <w:i w:val="0"/>
        </w:rPr>
        <w:t xml:space="preserve"> hesabıma ödenmesini; ücret hesap pusulası ve çalışma belgemin verilmesini talep ederim. İş araçları ve devam eden işlerin devri </w:t>
      </w:r>
      <w:r>
        <w:rPr>
          <w:b/>
          <w:i w:val="0"/>
        </w:rPr>
        <w:t>[PLAN / TUTANAK]</w:t>
      </w:r>
      <w:r>
        <w:rPr>
          <w:b w:val="0"/>
          <w:i w:val="0"/>
        </w:rPr>
        <w:t xml:space="preserve"> ile yapılacaktır.</w:t>
      </w:r>
    </w:p>
    <w:p>
      <w:pPr>
        <w:widowControl/>
        <w:jc w:val="both"/>
      </w:pPr>
      <w:r>
        <w:rPr>
          <w:b w:val="0"/>
          <w:i w:val="0"/>
        </w:rPr>
        <w:t xml:space="preserve">Bu bildirim alacaklarımı aldığım, işvereni ibra ettiğim veya doğmuş haklarımdan vazgeçtiğim anlamına gelmez.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Bildiren işçi</w:t>
        <w:br/>
      </w:r>
      <w:r>
        <w:rPr>
          <w:b/>
          <w:i w:val="0"/>
        </w:rPr>
        <w:t>[AD — İMZA]</w:t>
      </w:r>
      <w:r>
        <w:rPr>
          <w:b w:val="0"/>
          <w:i w:val="0"/>
        </w:rPr>
        <w:br/>
        <w:t>Yalnız tebellüğ eden yetkili</w:t>
        <w:br/>
      </w:r>
      <w:r>
        <w:rPr>
          <w:b/>
          <w:i w:val="0"/>
        </w:rPr>
        <w:t>[AD — TARİH/SAAT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Varsa ayrılış tarihi anlaşması</w:t>
      </w:r>
    </w:p>
    <w:p>
      <w:pPr>
        <w:widowControl/>
      </w:pPr>
      <w:r>
        <w:rPr>
          <w:b w:val="0"/>
          <w:i w:val="0"/>
        </w:rPr>
        <w:t>2. Devir ve zimmet iade tutanağı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İşçi İstifa Bildirimi</dc:title>
  <dc:subject>İş ve İşçilik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