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[DAVAYA BAKAN CEZA MAHKEMESİ]</w:t>
      </w:r>
      <w:r>
        <w:rPr>
          <w:b/>
          <w:i w:val="0"/>
        </w:rPr>
        <w:t>NE</w:t>
      </w:r>
    </w:p>
    <w:p>
      <w:pPr>
        <w:widowControl/>
        <w:jc w:val="center"/>
      </w:pPr>
      <w:r>
        <w:rPr>
          <w:b/>
          <w:i w:val="0"/>
        </w:rPr>
        <w:t>Kamu Davasına Katılma Talebi</w:t>
      </w:r>
    </w:p>
    <w:p>
      <w:pPr>
        <w:widowControl/>
        <w:spacing w:after="80"/>
      </w:pPr>
      <w:r>
        <w:rPr>
          <w:b/>
        </w:rPr>
        <w:t xml:space="preserve">Katılma isteyen : </w:t>
      </w:r>
      <w:r>
        <w:t>[AD SOYAD/UNVAN, T.C. KİMLİK/VERGİ NO]</w:t>
      </w:r>
    </w:p>
    <w:p>
      <w:pPr>
        <w:widowControl/>
        <w:spacing w:after="80"/>
      </w:pPr>
      <w:r>
        <w:rPr>
          <w:b/>
        </w:rPr>
        <w:t xml:space="preserve">Adres ve iletişim : </w:t>
      </w:r>
      <w:r>
        <w:t>[AÇIK ADRES, TELEFON, VARSA UETS]</w:t>
      </w:r>
    </w:p>
    <w:p>
      <w:pPr>
        <w:widowControl/>
        <w:spacing w:after="80"/>
      </w:pPr>
      <w:r>
        <w:rPr>
          <w:b/>
        </w:rPr>
        <w:t xml:space="preserve">Vekil – varsa : </w:t>
      </w:r>
      <w:r>
        <w:t>[AVUKAT AD SOYAD, BARO/SİCİL, ADRES/UETS]</w:t>
      </w:r>
    </w:p>
    <w:p>
      <w:pPr>
        <w:widowControl/>
        <w:spacing w:after="80"/>
      </w:pPr>
      <w:r>
        <w:rPr>
          <w:b/>
        </w:rPr>
        <w:t xml:space="preserve">Konu : </w:t>
      </w:r>
      <w:r>
        <w:t>Kamu davasına katılma istemi</w:t>
      </w:r>
    </w:p>
    <w:p>
      <w:pPr>
        <w:widowControl/>
        <w:spacing w:after="80"/>
      </w:pPr>
      <w:r>
        <w:rPr>
          <w:b/>
        </w:rPr>
        <w:t xml:space="preserve">Dosya : </w:t>
      </w:r>
      <w:r>
        <w:t>[YIL/ESAS NO]</w:t>
      </w:r>
    </w:p>
    <w:p>
      <w:pPr>
        <w:widowControl/>
        <w:spacing w:after="80"/>
      </w:pPr>
      <w:r>
        <w:rPr>
          <w:b/>
        </w:rPr>
        <w:t xml:space="preserve">Sanık : </w:t>
      </w:r>
      <w:r>
        <w:t>[AD SOYAD]</w:t>
      </w:r>
    </w:p>
    <w:p>
      <w:pPr>
        <w:widowControl/>
        <w:spacing w:after="80"/>
      </w:pPr>
      <w:r>
        <w:rPr>
          <w:b/>
        </w:rPr>
        <w:t xml:space="preserve">Suç / iddianame : </w:t>
      </w:r>
      <w:r>
        <w:t>[SUÇ, İDDİANAME TARİHİ VE NO]</w:t>
      </w:r>
    </w:p>
    <w:p>
      <w:pPr>
        <w:pStyle w:val="Heading1"/>
        <w:widowControl/>
      </w:pPr>
      <w:r>
        <w:rPr>
          <w:b/>
          <w:i w:val="0"/>
        </w:rPr>
        <w:t>KATILMA HAKKI VE ZARAR BAĞLANTISI</w:t>
      </w:r>
    </w:p>
    <w:p>
      <w:pPr>
        <w:widowControl/>
        <w:jc w:val="both"/>
      </w:pPr>
      <w:r>
        <w:rPr>
          <w:b w:val="0"/>
          <w:i w:val="0"/>
        </w:rPr>
        <w:t xml:space="preserve">1. Mahkemenizin dosyasında </w:t>
      </w:r>
      <w:r>
        <w:rPr>
          <w:b/>
          <w:i w:val="0"/>
        </w:rPr>
        <w:t>[SANIK]</w:t>
      </w:r>
      <w:r>
        <w:rPr>
          <w:b w:val="0"/>
          <w:i w:val="0"/>
        </w:rPr>
        <w:t xml:space="preserve"> hakkında </w:t>
      </w:r>
      <w:r>
        <w:rPr>
          <w:b/>
          <w:i w:val="0"/>
        </w:rPr>
        <w:t>[İDDİANAMEDE ANLATILAN FİİL]</w:t>
      </w:r>
      <w:r>
        <w:rPr>
          <w:b w:val="0"/>
          <w:i w:val="0"/>
        </w:rPr>
        <w:t xml:space="preserve"> nedeniyle kamu davası açılmıştır. Bu fiil </w:t>
      </w:r>
      <w:r>
        <w:rPr>
          <w:b/>
          <w:i w:val="0"/>
        </w:rPr>
        <w:t>[TARİH/YER]</w:t>
      </w:r>
      <w:r>
        <w:rPr>
          <w:b w:val="0"/>
          <w:i w:val="0"/>
        </w:rPr>
        <w:t xml:space="preserve"> tarihinde </w:t>
      </w:r>
      <w:r>
        <w:rPr>
          <w:b/>
          <w:i w:val="0"/>
        </w:rPr>
        <w:t>[OLAYIN KISA ÖZETİ]</w:t>
      </w:r>
      <w:r>
        <w:rPr>
          <w:b w:val="0"/>
          <w:i w:val="0"/>
        </w:rPr>
        <w:t xml:space="preserve"> biçiminde gerçekleşmiştir.</w:t>
      </w:r>
    </w:p>
    <w:p>
      <w:pPr>
        <w:widowControl/>
        <w:jc w:val="both"/>
      </w:pPr>
      <w:r>
        <w:rPr>
          <w:b w:val="0"/>
          <w:i w:val="0"/>
        </w:rPr>
        <w:t xml:space="preserve">2. Fiil nedeniyle </w:t>
      </w:r>
      <w:r>
        <w:rPr>
          <w:b/>
          <w:i w:val="0"/>
        </w:rPr>
        <w:t>[DOĞRUDAN İHLAL EDİLEN HAK/MENFAAT VEYA ZARAR]</w:t>
      </w:r>
      <w:r>
        <w:rPr>
          <w:b w:val="0"/>
          <w:i w:val="0"/>
        </w:rPr>
        <w:t xml:space="preserve"> oluşmuştur. Suçla aramdaki doğrudan bağlantı </w:t>
      </w:r>
      <w:r>
        <w:rPr>
          <w:b/>
          <w:i w:val="0"/>
        </w:rPr>
        <w:t>[MÜLKİYET, MAĞDURİYET, TEMSİL VEYA MALEN SORUMLULUK DAYANAĞI]</w:t>
      </w:r>
      <w:r>
        <w:rPr>
          <w:b w:val="0"/>
          <w:i w:val="0"/>
        </w:rPr>
        <w:t xml:space="preserve">dır; bunu gösteren </w:t>
      </w:r>
      <w:r>
        <w:rPr>
          <w:b/>
          <w:i w:val="0"/>
        </w:rPr>
        <w:t>[BELGE]</w:t>
      </w:r>
      <w:r>
        <w:rPr>
          <w:b w:val="0"/>
          <w:i w:val="0"/>
        </w:rPr>
        <w:t xml:space="preserve"> ektedir.</w:t>
      </w:r>
    </w:p>
    <w:p>
      <w:pPr>
        <w:widowControl/>
        <w:jc w:val="both"/>
      </w:pPr>
      <w:r>
        <w:rPr>
          <w:b w:val="0"/>
          <w:i w:val="0"/>
        </w:rPr>
        <w:t xml:space="preserve">3. Sanığın eylemi nedeniyle şikâyetçiyim ve kamu davasına katılmak istiyorum. </w:t>
      </w:r>
      <w:r>
        <w:rPr>
          <w:b/>
          <w:i w:val="0"/>
        </w:rPr>
        <w:t>[VARSA DAHA ÖNCEKİ KATILMA İSTEMİ VE KARAR]</w:t>
      </w:r>
      <w:r>
        <w:rPr>
          <w:b w:val="0"/>
          <w:i w:val="0"/>
        </w:rPr>
        <w:t xml:space="preserve"> bilgisi sunulmuştur. Duruşmalardan ve tarafıma bildirilmesi gereken kararlardan haberdar edilmemi talep ederim.</w:t>
      </w:r>
    </w:p>
    <w:p>
      <w:pPr>
        <w:widowControl/>
        <w:jc w:val="both"/>
      </w:pPr>
      <w:r>
        <w:rPr>
          <w:b w:val="0"/>
          <w:i w:val="0"/>
        </w:rPr>
        <w:t xml:space="preserve">4. Katılma istemiyle birlikte </w:t>
      </w:r>
      <w:r>
        <w:rPr>
          <w:b/>
          <w:i w:val="0"/>
        </w:rPr>
        <w:t>[VARSA SOMUT DELİL/TANIK TALEBİ]</w:t>
      </w:r>
      <w:r>
        <w:rPr>
          <w:b w:val="0"/>
          <w:i w:val="0"/>
        </w:rPr>
        <w:t>ni de sunuyorum. Özel hukuk kaynaklı zarar taleplerimin ilgili usulde ileri sürülmesi hakkı saklıdır.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5271 sayılı CMK m.234 ve 237-239.</w:t>
      </w: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  <w:t>1. Suçtan doğrudan zarar görmem nedeniyle kamu davasına katılan olarak kabulüme,</w:t>
      </w:r>
    </w:p>
    <w:p>
      <w:pPr>
        <w:widowControl/>
        <w:jc w:val="both"/>
      </w:pPr>
      <w:r>
        <w:rPr>
          <w:b w:val="0"/>
          <w:i w:val="0"/>
        </w:rPr>
        <w:t>2. Duruşma ve kararların usulünce bildirilmesine; koşulları varsa yargılama giderleri ve vekâlet ücretinin hükümde değerlendirilmesine karar verilmesini arz ederim.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 xml:space="preserve">Katılma Talebinde Bulunan </w:t>
      </w:r>
      <w:r>
        <w:rPr>
          <w:b/>
          <w:i w:val="0"/>
        </w:rPr>
        <w:t>[AD SOYAD/UNVAN]</w:t>
      </w:r>
      <w:r>
        <w:rPr>
          <w:b w:val="0"/>
          <w:i w:val="0"/>
        </w:rPr>
        <w:t xml:space="preserve"> / </w:t>
      </w:r>
      <w:r>
        <w:rPr>
          <w:b/>
          <w:i w:val="0"/>
        </w:rPr>
        <w:t>[VEKİLİ]</w:t>
      </w:r>
      <w:r>
        <w:rPr>
          <w:b w:val="0"/>
          <w:i w:val="0"/>
        </w:rPr>
        <w:t xml:space="preserve"> –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– İmza</w:t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Doğrudan zarar/sıfatı gösteren belge</w:t>
      </w:r>
    </w:p>
    <w:p>
      <w:pPr>
        <w:widowControl/>
      </w:pPr>
      <w:r>
        <w:rPr>
          <w:b w:val="0"/>
          <w:i w:val="0"/>
        </w:rPr>
        <w:t>2. Varsa önceki katılma istemi</w:t>
      </w:r>
    </w:p>
    <w:p>
      <w:pPr>
        <w:widowControl/>
      </w:pPr>
      <w:r>
        <w:rPr>
          <w:b w:val="0"/>
          <w:i w:val="0"/>
        </w:rPr>
        <w:t>3. Tüzel kişi/kanuni temsil belgeleri</w:t>
      </w:r>
    </w:p>
    <w:p>
      <w:pPr>
        <w:widowControl/>
      </w:pPr>
      <w:r>
        <w:rPr>
          <w:b w:val="0"/>
          <w:i w:val="0"/>
        </w:rPr>
        <w:t>4. Varsa delil listesi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Kamu Davasına Katılma Talebi</dc:title>
  <dc:subject>Ceza ve Şikâyet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