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KİRACININ DÖNEM SONUNDA KİRA SÖZLEŞMESİNİ SONA ERDİRME BİLDİRİMİ</w:t>
      </w:r>
    </w:p>
    <w:p>
      <w:pPr>
        <w:widowControl/>
        <w:spacing w:after="80"/>
      </w:pPr>
      <w:r>
        <w:rPr>
          <w:b/>
        </w:rPr>
        <w:t xml:space="preserve">Bildiren kiracı : </w:t>
      </w:r>
      <w:r>
        <w:t>[AD SOYAD / UNVAN, ADRES]</w:t>
      </w:r>
    </w:p>
    <w:p>
      <w:pPr>
        <w:widowControl/>
        <w:spacing w:after="80"/>
      </w:pPr>
      <w:r>
        <w:rPr>
          <w:b/>
        </w:rPr>
        <w:t xml:space="preserve">Muhatap kiraya veren : </w:t>
      </w:r>
      <w:r>
        <w:t>[AD SOYAD / UNVAN, ADRES]</w:t>
      </w:r>
    </w:p>
    <w:p>
      <w:pPr>
        <w:widowControl/>
        <w:spacing w:after="80"/>
      </w:pPr>
      <w:r>
        <w:rPr>
          <w:b/>
        </w:rPr>
        <w:t xml:space="preserve">Kiralanan : </w:t>
      </w:r>
      <w:r>
        <w:t>[TAM ADRES]</w:t>
      </w:r>
    </w:p>
    <w:p>
      <w:pPr>
        <w:widowControl/>
        <w:spacing w:after="80"/>
      </w:pPr>
      <w:r>
        <w:rPr>
          <w:b/>
        </w:rPr>
        <w:t xml:space="preserve">Sözleşme başlangıcı : </w:t>
      </w:r>
      <w:r>
        <w:t>[TARİH]</w:t>
      </w:r>
    </w:p>
    <w:p>
      <w:pPr>
        <w:widowControl/>
        <w:spacing w:after="80"/>
      </w:pPr>
      <w:r>
        <w:rPr>
          <w:b/>
        </w:rPr>
        <w:t xml:space="preserve">İçinde bulunulan kira dönemi : </w:t>
      </w:r>
      <w:r>
        <w:t>[BAŞLANGIÇ — SON GÜN]</w:t>
      </w:r>
    </w:p>
    <w:p>
      <w:pPr>
        <w:widowControl/>
        <w:jc w:val="both"/>
      </w:pPr>
      <w:r>
        <w:rPr>
          <w:b w:val="0"/>
          <w:i w:val="0"/>
        </w:rPr>
        <w:t xml:space="preserve">Yukarıda belirtilen konut / çatılı işyeri kira sözleşmesinin, içinde bulunulan belirli kira döneminin sona erdiği </w:t>
      </w:r>
      <w:r>
        <w:rPr>
          <w:b/>
          <w:i w:val="0"/>
        </w:rPr>
        <w:t>[DÖNEM SONU TARİHİ]</w:t>
      </w:r>
      <w:r>
        <w:rPr>
          <w:b w:val="0"/>
          <w:i w:val="0"/>
        </w:rPr>
        <w:t xml:space="preserve"> itibarıyla sona erdirilmesini bildiriyorum. Sözleşmenin bu tarihten sonra yenilenmesini istemiyorum. İşbu yazılı bildirimin dönem sonundan en az on beş gün önce tarafınıza ulaşması için gönderilmektedir.</w:t>
      </w:r>
    </w:p>
    <w:p>
      <w:pPr>
        <w:widowControl/>
        <w:jc w:val="both"/>
      </w:pPr>
      <w:r>
        <w:rPr>
          <w:b w:val="0"/>
          <w:i w:val="0"/>
        </w:rPr>
        <w:t xml:space="preserve">Kiralananın boşaltılması ve anahtar teslimi için önerdiğim randevu </w:t>
      </w:r>
      <w:r>
        <w:rPr>
          <w:b/>
          <w:i w:val="0"/>
        </w:rPr>
        <w:t>[TARİH, SAAT, YER]</w:t>
      </w:r>
      <w:r>
        <w:rPr>
          <w:b w:val="0"/>
          <w:i w:val="0"/>
        </w:rPr>
        <w:t xml:space="preserve"> olup tarafınızca uygun bir teslim saatinin </w:t>
      </w:r>
      <w:r>
        <w:rPr>
          <w:b/>
          <w:i w:val="0"/>
        </w:rPr>
        <w:t>[İLETİŞİM]</w:t>
      </w:r>
      <w:r>
        <w:rPr>
          <w:b w:val="0"/>
          <w:i w:val="0"/>
        </w:rPr>
        <w:t xml:space="preserve"> üzerinden bildirilmesini talep ederim. Sayaç endeksleri, demirbaşlar ve durum tutanağı birlikte düzenlenecek; güvence hesabı ayrı kalemler hâlinde sonuçlandırılacaktır.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[AİLE KONUTU İSE]</w:t>
      </w:r>
      <w:r>
        <w:rPr>
          <w:b w:val="0"/>
          <w:i w:val="0"/>
        </w:rPr>
        <w:t xml:space="preserve"> Eşim </w:t>
      </w:r>
      <w:r>
        <w:rPr>
          <w:b/>
          <w:i w:val="0"/>
        </w:rPr>
        <w:t>[AD, KİMLİK NO]</w:t>
      </w:r>
      <w:r>
        <w:rPr>
          <w:b w:val="0"/>
          <w:i w:val="0"/>
        </w:rPr>
        <w:t xml:space="preserve">, bu taşınmaza ilişkin kira sözleşmesinin belirtilen tarihte sona erdirilmesine açıkça rıza göstermektedir. </w:t>
      </w:r>
      <w:r>
        <w:rPr>
          <w:b/>
          <w:i w:val="0"/>
        </w:rPr>
        <w:t>[EŞİN İMZASI]</w:t>
      </w:r>
      <w:r>
        <w:rPr>
          <w:b w:val="0"/>
          <w:i w:val="0"/>
        </w:rPr>
        <w:t>.</w:t>
      </w:r>
    </w:p>
    <w:p>
      <w:pPr>
        <w:widowControl/>
        <w:jc w:val="both"/>
      </w:pPr>
      <w:r>
        <w:rPr>
          <w:b w:val="0"/>
          <w:i w:val="0"/>
        </w:rPr>
        <w:t xml:space="preserve">Bu bildirim kira ve yan gider hesabının ödendiğine ilişkin makbuz veya erken tahliyeye ilişkin kiraya veren kabulü değildir.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Kiracı / varsa birlikte kiracılar</w:t>
        <w:br/>
      </w:r>
      <w:r>
        <w:rPr>
          <w:b/>
          <w:i w:val="0"/>
        </w:rPr>
        <w:t>[AD — İMZA]</w:t>
      </w:r>
      <w:r>
        <w:rPr>
          <w:b w:val="0"/>
          <w:i w:val="0"/>
        </w:rPr>
        <w:br/>
        <w:t>Gerekli ise rıza gösteren eş</w:t>
        <w:br/>
      </w:r>
      <w:r>
        <w:rPr>
          <w:b/>
          <w:i w:val="0"/>
        </w:rPr>
        <w:t>[AD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Kira sözleşmesi</w:t>
      </w:r>
    </w:p>
    <w:p>
      <w:pPr>
        <w:widowControl/>
      </w:pPr>
      <w:r>
        <w:rPr>
          <w:b w:val="0"/>
          <w:i w:val="0"/>
        </w:rPr>
        <w:t>2. Tebliğ/ulaşma belgesi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Kiracı Tarafından Kira Sona Erdirme Bildirimi</dc:title>
  <dc:subject>Kira ve Tahliye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