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[YER]</w:t>
      </w:r>
      <w:r>
        <w:rPr>
          <w:b/>
          <w:i w:val="0"/>
        </w:rPr>
        <w:t xml:space="preserve"> </w:t>
      </w:r>
      <w:r>
        <w:rPr>
          <w:b/>
          <w:i w:val="0"/>
        </w:rPr>
        <w:t>[NUMARA]</w:t>
      </w:r>
      <w:r>
        <w:rPr>
          <w:b/>
          <w:i w:val="0"/>
        </w:rPr>
        <w:t xml:space="preserve"> İCRA DAİRESİNE</w:t>
      </w:r>
    </w:p>
    <w:p>
      <w:pPr>
        <w:widowControl/>
        <w:spacing w:after="80"/>
      </w:pPr>
      <w:r>
        <w:rPr>
          <w:b/>
        </w:rPr>
        <w:t xml:space="preserve">DOSYA NO : </w:t>
      </w:r>
      <w:r>
        <w:t>[YIL / ESAS]</w:t>
      </w:r>
    </w:p>
    <w:p>
      <w:pPr>
        <w:widowControl/>
        <w:spacing w:after="80"/>
      </w:pPr>
      <w:r>
        <w:rPr>
          <w:b/>
        </w:rPr>
        <w:t xml:space="preserve">BORÇLU : </w:t>
      </w:r>
      <w:r>
        <w:t>[AD SOYAD / UNVAN, T.C. KİMLİK / VERGİ NUMARASI]</w:t>
      </w:r>
    </w:p>
    <w:p>
      <w:pPr>
        <w:widowControl/>
        <w:spacing w:after="80"/>
      </w:pPr>
      <w:r>
        <w:rPr>
          <w:b/>
        </w:rPr>
        <w:t xml:space="preserve">ADRES : </w:t>
      </w:r>
      <w:r>
        <w:t>[AÇIK TEBLİGAT ADRESİ]</w:t>
      </w:r>
    </w:p>
    <w:p>
      <w:pPr>
        <w:widowControl/>
        <w:spacing w:after="80"/>
      </w:pPr>
      <w:r>
        <w:rPr>
          <w:b/>
        </w:rPr>
        <w:t xml:space="preserve">VEKİLİ : </w:t>
      </w:r>
      <w:r>
        <w:t>[VARSA AD SOYAD, BARO SİCİLİ, ADRES / UETS]</w:t>
      </w:r>
    </w:p>
    <w:p>
      <w:pPr>
        <w:widowControl/>
        <w:spacing w:after="80"/>
      </w:pPr>
      <w:r>
        <w:rPr>
          <w:b/>
        </w:rPr>
        <w:t xml:space="preserve">KARŞI TARAF : </w:t>
      </w:r>
      <w:r>
        <w:t>[AD SOYAD / UNVAN]</w:t>
      </w:r>
    </w:p>
    <w:p>
      <w:pPr>
        <w:widowControl/>
        <w:spacing w:after="80"/>
      </w:pPr>
      <w:r>
        <w:rPr>
          <w:b/>
        </w:rPr>
        <w:t xml:space="preserve">KONU : </w:t>
      </w:r>
      <w:r>
        <w:t>Ödemenin dosyaya işlenmesi, bakiye tespiti ve borç sona ermişse dosyanın infazen kapatılması talebidir.</w:t>
      </w:r>
    </w:p>
    <w:p>
      <w:pPr>
        <w:widowControl/>
        <w:spacing w:after="80"/>
      </w:pPr>
      <w:r>
        <w:rPr>
          <w:b/>
        </w:rPr>
        <w:t xml:space="preserve">ÖDEME TARİHİ VE TUTARI : </w:t>
      </w:r>
      <w:r>
        <w:t>[TARİH / TUTAR]</w:t>
      </w:r>
    </w:p>
    <w:p>
      <w:pPr>
        <w:widowControl/>
        <w:spacing w:after="80"/>
      </w:pPr>
      <w:r>
        <w:rPr>
          <w:b/>
        </w:rPr>
        <w:t xml:space="preserve">ÖDEME YERİ : </w:t>
      </w:r>
      <w:r>
        <w:t>[İCRA DAİRESİ HESABI / ALACAKLIYA HARİCEN]</w:t>
      </w:r>
    </w:p>
    <w:p>
      <w:pPr>
        <w:widowControl/>
        <w:jc w:val="both"/>
      </w:pPr>
      <w:r>
        <w:rPr>
          <w:b w:val="0"/>
          <w:i w:val="0"/>
        </w:rPr>
        <w:t xml:space="preserve">Yukarıdaki dosya için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tarihli hesaba göre </w:t>
      </w:r>
      <w:r>
        <w:rPr>
          <w:b/>
          <w:i w:val="0"/>
        </w:rPr>
        <w:t>[TUTAR]</w:t>
      </w:r>
      <w:r>
        <w:rPr>
          <w:b w:val="0"/>
          <w:i w:val="0"/>
        </w:rPr>
        <w:t xml:space="preserve"> TL ödeme yapılmıştır. Ödemenin dekont / makbuz numarası </w:t>
      </w:r>
      <w:r>
        <w:rPr>
          <w:b/>
          <w:i w:val="0"/>
        </w:rPr>
        <w:t>[NUMARA]</w:t>
      </w:r>
      <w:r>
        <w:rPr>
          <w:b w:val="0"/>
          <w:i w:val="0"/>
        </w:rPr>
        <w:t xml:space="preserve"> olup açıklamasında </w:t>
      </w:r>
      <w:r>
        <w:rPr>
          <w:b/>
          <w:i w:val="0"/>
        </w:rPr>
        <w:t>[DOSYA VE BORÇ AÇIKLAMASI]</w:t>
      </w:r>
      <w:r>
        <w:rPr>
          <w:b w:val="0"/>
          <w:i w:val="0"/>
        </w:rPr>
        <w:t xml:space="preserve"> bulunmaktadır.</w:t>
      </w:r>
    </w:p>
    <w:p>
      <w:pPr>
        <w:widowControl/>
        <w:jc w:val="both"/>
      </w:pPr>
      <w:r>
        <w:rPr>
          <w:b w:val="0"/>
          <w:i w:val="0"/>
        </w:rPr>
        <w:t xml:space="preserve">Ödeme doğrudan alacaklıya yapılmışsa, alacaklının tahsil beyanı / makbuzu </w:t>
      </w:r>
      <w:r>
        <w:rPr>
          <w:b/>
          <w:i w:val="0"/>
        </w:rPr>
        <w:t>[BELGE]</w:t>
      </w:r>
      <w:r>
        <w:rPr>
          <w:b w:val="0"/>
          <w:i w:val="0"/>
        </w:rPr>
        <w:t xml:space="preserve"> olarak sunulmuştur. Haricen tahsil beyanının dosyaya alınmasını ve tahakkuk edecek harç ve giderlerin hesaplanmasını talep ederim. </w:t>
      </w:r>
      <w:r>
        <w:rPr>
          <w:b/>
          <w:i w:val="0"/>
        </w:rPr>
        <w:t>[DOSYAYA ÖDEMEDE BU PARAGRAFI SİLİN.]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SONUÇ VE TALEP</w:t>
      </w:r>
    </w:p>
    <w:p>
      <w:pPr>
        <w:widowControl/>
        <w:jc w:val="both"/>
      </w:pPr>
      <w:r>
        <w:rPr>
          <w:b w:val="0"/>
          <w:i w:val="0"/>
        </w:rPr>
        <w:t>1. Ödemenin dosya hesabına işlenmesini ve varsa bakiye harç, gider veya alacağın bildirilmesini;</w:t>
      </w:r>
    </w:p>
    <w:p>
      <w:pPr>
        <w:widowControl/>
        <w:jc w:val="both"/>
      </w:pPr>
      <w:r>
        <w:rPr>
          <w:b w:val="0"/>
          <w:i w:val="0"/>
        </w:rPr>
        <w:t>2. Tüm borç ve gerekli harç/giderlerin karşılandığı tespit edilirse dosyanın infazen kapatılmasını;</w:t>
      </w:r>
    </w:p>
    <w:p>
      <w:pPr>
        <w:widowControl/>
        <w:jc w:val="both"/>
      </w:pPr>
      <w:r>
        <w:rPr>
          <w:b w:val="0"/>
          <w:i w:val="0"/>
        </w:rPr>
        <w:t xml:space="preserve">3. Bu dosyada konulan </w:t>
      </w:r>
      <w:r>
        <w:rPr>
          <w:b/>
          <w:i w:val="0"/>
        </w:rPr>
        <w:t>[BANKA / ARAÇ / TAŞINMAZ / ÜCRET]</w:t>
      </w:r>
      <w:r>
        <w:rPr>
          <w:b w:val="0"/>
          <w:i w:val="0"/>
        </w:rPr>
        <w:t xml:space="preserve"> hacizlerinin kaldırılması için ilgili kurumlara yazı yazılmasını ve fazla tahsilat varsa usulüne uygun iadesini talep ederim.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</w:r>
      <w:r>
        <w:rPr>
          <w:b/>
          <w:i w:val="0"/>
        </w:rPr>
        <w:t>[TARİH]</w:t>
      </w:r>
      <w:r>
        <w:rPr>
          <w:b w:val="0"/>
          <w:i w:val="0"/>
        </w:rPr>
        <w:br/>
      </w:r>
      <w:r>
        <w:rPr>
          <w:b/>
          <w:i w:val="0"/>
        </w:rPr>
        <w:t>[TALEP EDENİN SIFATI]</w:t>
      </w:r>
      <w:r>
        <w:rPr>
          <w:b w:val="0"/>
          <w:i w:val="0"/>
        </w:rPr>
        <w:br/>
      </w:r>
      <w:r>
        <w:rPr>
          <w:b/>
          <w:i w:val="0"/>
        </w:rPr>
        <w:t>[AD SOYAD / UNVAN]</w:t>
      </w:r>
      <w:r>
        <w:rPr>
          <w:b w:val="0"/>
          <w:i w:val="0"/>
        </w:rPr>
        <w:br/>
      </w:r>
      <w:r>
        <w:rPr>
          <w:b/>
          <w:i w:val="0"/>
        </w:rPr>
        <w:t>[VARSA YETKİLİ VEKİLİN ADI SOYADI]</w:t>
      </w:r>
      <w:r>
        <w:rPr>
          <w:b w:val="0"/>
          <w:i w:val="0"/>
        </w:rPr>
        <w:br/>
        <w:t>İmza</w:t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Ödeme dekontu / icra makbuzu</w:t>
      </w:r>
    </w:p>
    <w:p>
      <w:pPr>
        <w:widowControl/>
      </w:pPr>
      <w:r>
        <w:rPr>
          <w:b w:val="0"/>
          <w:i w:val="0"/>
        </w:rPr>
        <w:t>2. Haricen ödeme varsa alacaklının tahsil belgesi</w:t>
      </w:r>
    </w:p>
    <w:p>
      <w:pPr>
        <w:widowControl/>
      </w:pPr>
      <w:r>
        <w:rPr>
          <w:b w:val="0"/>
          <w:i w:val="0"/>
        </w:rPr>
        <w:t>3. Varsa güncel dosya hesabı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Ödeme Bildirimi ve Dosyanın Kapatılması Talebi</dc:title>
  <dc:subject>İcra ve İflas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