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[KARARIN BULUNDUĞU MAHKEME/DAİRE]</w:t>
      </w:r>
      <w:r>
        <w:rPr>
          <w:b/>
          <w:i w:val="0"/>
        </w:rPr>
        <w:t>NE</w:t>
      </w:r>
    </w:p>
    <w:p>
      <w:pPr>
        <w:widowControl/>
        <w:jc w:val="center"/>
      </w:pPr>
      <w:r>
        <w:rPr>
          <w:b/>
          <w:i w:val="0"/>
        </w:rPr>
        <w:t>Onaylı Karar Örneği Talebi</w:t>
      </w:r>
    </w:p>
    <w:p>
      <w:pPr>
        <w:widowControl/>
        <w:spacing w:after="80"/>
      </w:pPr>
      <w:r>
        <w:rPr>
          <w:b/>
        </w:rPr>
        <w:t xml:space="preserve">Dosya : </w:t>
      </w:r>
      <w:r>
        <w:t>[YIL/ESAS NO]</w:t>
      </w:r>
    </w:p>
    <w:p>
      <w:pPr>
        <w:widowControl/>
        <w:spacing w:after="80"/>
      </w:pPr>
      <w:r>
        <w:rPr>
          <w:b/>
        </w:rPr>
        <w:t xml:space="preserve">Dilekçe sunan : </w:t>
      </w:r>
      <w:r>
        <w:t>[AD SOYAD/UNVAN, T.C. KİMLİK/VERGİ NO, ADRES]</w:t>
      </w:r>
    </w:p>
    <w:p>
      <w:pPr>
        <w:widowControl/>
        <w:spacing w:after="80"/>
      </w:pPr>
      <w:r>
        <w:rPr>
          <w:b/>
        </w:rPr>
        <w:t xml:space="preserve">Karşı taraf : </w:t>
      </w:r>
      <w:r>
        <w:t>[AD SOYAD/UNVAN VE ADRES]</w:t>
      </w:r>
    </w:p>
    <w:p>
      <w:pPr>
        <w:widowControl/>
        <w:spacing w:after="80"/>
      </w:pPr>
      <w:r>
        <w:rPr>
          <w:b/>
        </w:rPr>
        <w:t xml:space="preserve">Vekil – varsa : </w:t>
      </w:r>
      <w:r>
        <w:t>[AVUKAT AD SOYAD, BARO/SİCİL, ADRES/UETS]</w:t>
      </w:r>
    </w:p>
    <w:p>
      <w:pPr>
        <w:widowControl/>
        <w:spacing w:after="80"/>
      </w:pPr>
      <w:r>
        <w:rPr>
          <w:b/>
        </w:rPr>
        <w:t xml:space="preserve">Konu : </w:t>
      </w:r>
      <w:r>
        <w:t>Onaylı karar örneği verilmesi</w:t>
      </w:r>
    </w:p>
    <w:p>
      <w:pPr>
        <w:widowControl/>
        <w:spacing w:after="80"/>
      </w:pPr>
      <w:r>
        <w:rPr>
          <w:b/>
        </w:rPr>
        <w:t xml:space="preserve">Karar : </w:t>
      </w:r>
      <w:r>
        <w:t>[ESAS/KARAR NO, KARAR TARİHİ]</w:t>
      </w:r>
    </w:p>
    <w:p>
      <w:pPr>
        <w:widowControl/>
        <w:spacing w:after="80"/>
      </w:pPr>
      <w:r>
        <w:rPr>
          <w:b/>
        </w:rPr>
        <w:t xml:space="preserve">Başvuru yetkisi : </w:t>
      </w:r>
      <w:r>
        <w:t>[TARAF SIFATI / KANUNİ TEMSİL / VEKİLLİK]</w:t>
      </w:r>
    </w:p>
    <w:p>
      <w:pPr>
        <w:widowControl/>
        <w:spacing w:after="80"/>
      </w:pPr>
      <w:r>
        <w:rPr>
          <w:b/>
        </w:rPr>
        <w:t xml:space="preserve">İstenen belge : </w:t>
      </w:r>
      <w:r>
        <w:t>[GEREKÇELİ KARAR / ARA KARAR / VARSA KESİNLEŞME ŞERHLİ ÖRNEK]</w:t>
      </w:r>
    </w:p>
    <w:p>
      <w:pPr>
        <w:widowControl/>
        <w:spacing w:after="80"/>
      </w:pPr>
      <w:r>
        <w:rPr>
          <w:b/>
        </w:rPr>
        <w:t xml:space="preserve">Adet / kullanım amacı : </w:t>
      </w:r>
      <w:r>
        <w:t>[ADET] / [SUNULACAK KURUM VE İŞLEM]</w:t>
      </w:r>
    </w:p>
    <w:p>
      <w:pPr>
        <w:pStyle w:val="Heading1"/>
        <w:widowControl/>
      </w:pPr>
      <w:r>
        <w:rPr>
          <w:b/>
          <w:i w:val="0"/>
        </w:rPr>
        <w:t>ÖRNEK TALEBİNİN KAPSAMI</w:t>
      </w:r>
    </w:p>
    <w:p>
      <w:pPr>
        <w:widowControl/>
        <w:jc w:val="both"/>
      </w:pPr>
      <w:r>
        <w:rPr>
          <w:b w:val="0"/>
          <w:i w:val="0"/>
        </w:rPr>
        <w:t xml:space="preserve">1. Yukarıda bilgileri belirtilen dosyada </w:t>
      </w:r>
      <w:r>
        <w:rPr>
          <w:b/>
          <w:i w:val="0"/>
        </w:rPr>
        <w:t>[SIFAT]</w:t>
      </w:r>
      <w:r>
        <w:rPr>
          <w:b w:val="0"/>
          <w:i w:val="0"/>
        </w:rPr>
        <w:t xml:space="preserve"> olarak yer almaktayım.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tarihli kararın </w:t>
      </w:r>
      <w:r>
        <w:rPr>
          <w:b/>
          <w:i w:val="0"/>
        </w:rPr>
        <w:t>[TAMAMI/BELİRLİ BÖLÜMÜ]</w:t>
      </w:r>
      <w:r>
        <w:rPr>
          <w:b w:val="0"/>
          <w:i w:val="0"/>
        </w:rPr>
        <w:t xml:space="preserve">nün </w:t>
      </w:r>
      <w:r>
        <w:rPr>
          <w:b/>
          <w:i w:val="0"/>
        </w:rPr>
        <w:t>[KURUM/İŞLEM]</w:t>
      </w:r>
      <w:r>
        <w:rPr>
          <w:b w:val="0"/>
          <w:i w:val="0"/>
        </w:rPr>
        <w:t>de kullanılmak üzere onaylı örneğine ihtiyaç bulunmaktadır.</w:t>
      </w:r>
    </w:p>
    <w:p>
      <w:pPr>
        <w:widowControl/>
        <w:jc w:val="both"/>
      </w:pPr>
      <w:r>
        <w:rPr>
          <w:b w:val="0"/>
          <w:i w:val="0"/>
        </w:rPr>
        <w:t xml:space="preserve">2. İstenen örnek </w:t>
      </w:r>
      <w:r>
        <w:rPr>
          <w:b/>
          <w:i w:val="0"/>
        </w:rPr>
        <w:t>[GEREKÇELİ KARARIN TÜM SAYFALARI VE EKLERİ / BELİRLİ ARA KARAR]</w:t>
      </w:r>
      <w:r>
        <w:rPr>
          <w:b w:val="0"/>
          <w:i w:val="0"/>
        </w:rPr>
        <w:t xml:space="preserve">ı içermelidir. </w:t>
      </w:r>
      <w:r>
        <w:rPr>
          <w:b/>
          <w:i w:val="0"/>
        </w:rPr>
        <w:t>[KESİNLEŞME ŞERHİ DE İSTENİYORSA: YALNIZ KESİNLEŞME KOŞULLARI OLUŞMUŞ VE ŞERHİ DÜZENLENMİŞ KAPSAMDA]</w:t>
      </w:r>
      <w:r>
        <w:rPr>
          <w:b w:val="0"/>
          <w:i w:val="0"/>
        </w:rPr>
        <w:t xml:space="preserve"> şerhin örneğe eklenmesi talep edilmektedir.</w:t>
      </w:r>
    </w:p>
    <w:p>
      <w:pPr>
        <w:widowControl/>
        <w:jc w:val="both"/>
      </w:pPr>
      <w:r>
        <w:rPr>
          <w:b w:val="0"/>
          <w:i w:val="0"/>
        </w:rPr>
        <w:t xml:space="preserve">3. Teslimin </w:t>
      </w:r>
      <w:r>
        <w:rPr>
          <w:b/>
          <w:i w:val="0"/>
        </w:rPr>
        <w:t>[YETKİLİ KİŞİYE FİZİKİ TESLİM / UYGUN ELEKTRONİK YÖNTEM]</w:t>
      </w:r>
      <w:r>
        <w:rPr>
          <w:b w:val="0"/>
          <w:i w:val="0"/>
        </w:rPr>
        <w:t xml:space="preserve"> ile yapılması istenmektedir. Temsil yetkim </w:t>
      </w:r>
      <w:r>
        <w:rPr>
          <w:b/>
          <w:i w:val="0"/>
        </w:rPr>
        <w:t>[VEKÂLETNAME/KANUNİ TEMSİL BELGESİ]</w:t>
      </w:r>
      <w:r>
        <w:rPr>
          <w:b w:val="0"/>
          <w:i w:val="0"/>
        </w:rPr>
        <w:t xml:space="preserve"> ile dosyada mevcuttur / ekte sunulmuştur. Gereken onay ve örnek giderlerini, kanuni muafiyetler saklı kalmak üzere karşılamaya hazırım.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Hukuk yargısında 6100 sayılı HMK m.301-302; diğer yargı kollarında tarafın dosya ve karar örneği alma hakkına ilişkin uygulanabilir usul hükümleri.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[TARİH, ESAS/KARAR NO]</w:t>
      </w:r>
      <w:r>
        <w:rPr>
          <w:b w:val="0"/>
          <w:i w:val="0"/>
        </w:rPr>
        <w:t xml:space="preserve"> kararının belirtilen kapsamda </w:t>
      </w:r>
      <w:r>
        <w:rPr>
          <w:b/>
          <w:i w:val="0"/>
        </w:rPr>
        <w:t>[ADET]</w:t>
      </w:r>
      <w:r>
        <w:rPr>
          <w:b w:val="0"/>
          <w:i w:val="0"/>
        </w:rPr>
        <w:t xml:space="preserve"> onaylı örneğinin yetkim doğrulanarak tarafıma verilmesini arz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Başvuran </w:t>
      </w:r>
      <w:r>
        <w:rPr>
          <w:b/>
          <w:i w:val="0"/>
        </w:rPr>
        <w:t>[AD SOYAD]</w:t>
      </w:r>
      <w:r>
        <w:rPr>
          <w:b w:val="0"/>
          <w:i w:val="0"/>
        </w:rPr>
        <w:t xml:space="preserve"> / </w:t>
      </w:r>
      <w:r>
        <w:rPr>
          <w:b/>
          <w:i w:val="0"/>
        </w:rPr>
        <w:t>[VARSA VEKİLİ]</w:t>
      </w:r>
      <w:r>
        <w:rPr>
          <w:b w:val="0"/>
          <w:i w:val="0"/>
        </w:rPr>
        <w:t xml:space="preserve"> –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– İmza</w:t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Temsil yetkisi belgesi – gerekiyorsa</w:t>
      </w:r>
    </w:p>
    <w:p>
      <w:pPr>
        <w:widowControl/>
      </w:pPr>
      <w:r>
        <w:rPr>
          <w:b w:val="0"/>
          <w:i w:val="0"/>
        </w:rPr>
        <w:t>2. Kararı belirlemeye yarayan mevcut örnek veya kayıt</w:t>
      </w:r>
    </w:p>
    <w:p>
      <w:pPr>
        <w:widowControl/>
      </w:pPr>
      <w:r>
        <w:rPr>
          <w:b w:val="0"/>
          <w:i w:val="0"/>
        </w:rPr>
        <w:t>3. Varsa gider ödeme belgesi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Onaylı Karar Örneği Talebi</dc:title>
  <dc:subject>Ortak Usul Dilekçeleri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