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ORTAK ALAN KULLANIMINA İLİŞKİN BİLDİRİM</w:t>
      </w:r>
    </w:p>
    <w:p>
      <w:pPr>
        <w:widowControl/>
        <w:spacing w:after="8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8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8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80"/>
      </w:pPr>
      <w:r>
        <w:rPr>
          <w:b/>
        </w:rPr>
        <w:t xml:space="preserve">Bildiren : </w:t>
      </w:r>
      <w:r>
        <w:t>[YÖNETİCİ / MALİK, AD SOYAD]</w:t>
      </w:r>
    </w:p>
    <w:p>
      <w:pPr>
        <w:widowControl/>
        <w:spacing w:after="80"/>
      </w:pPr>
      <w:r>
        <w:rPr>
          <w:b/>
        </w:rPr>
        <w:t xml:space="preserve">Muhatap : </w:t>
      </w:r>
      <w:r>
        <w:t>[AD SOYAD, BAĞIMSIZ BÖLÜM, ADRES]</w:t>
      </w:r>
    </w:p>
    <w:p>
      <w:pPr>
        <w:widowControl/>
        <w:spacing w:after="80"/>
      </w:pPr>
      <w:r>
        <w:rPr>
          <w:b/>
        </w:rPr>
        <w:t xml:space="preserve">Bildirimin tarihi : </w:t>
      </w:r>
      <w:r>
        <w:t>[TARİH]</w:t>
      </w:r>
    </w:p>
    <w:p>
      <w:pPr>
        <w:pStyle w:val="Heading1"/>
        <w:widowControl/>
      </w:pPr>
      <w:r>
        <w:rPr>
          <w:b/>
          <w:i w:val="0"/>
        </w:rPr>
        <w:t>Tespit edilen kullanım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[ORTAK ALANIN TAM TANIMI]</w:t>
      </w:r>
      <w:r>
        <w:rPr>
          <w:b w:val="0"/>
          <w:i w:val="0"/>
        </w:rPr>
        <w:t xml:space="preserve"> alanında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[EŞYA BIRAKILMASI / GEÇİŞİN ENGELLENMESİ / TAHSİS DIŞI PARK / İZİNSİZ DEĞİŞİKLİK]</w:t>
      </w:r>
      <w:r>
        <w:rPr>
          <w:b w:val="0"/>
          <w:i w:val="0"/>
        </w:rPr>
        <w:t xml:space="preserve"> tespit edilmiştir. Alanın ortak yer niteliği </w:t>
      </w:r>
      <w:r>
        <w:rPr>
          <w:b/>
          <w:i w:val="0"/>
        </w:rPr>
        <w:t>[TAPU / ONAYLI PROJE / YÖNETİM PLANI MADDESİ]</w:t>
      </w:r>
      <w:r>
        <w:rPr>
          <w:b w:val="0"/>
          <w:i w:val="0"/>
        </w:rPr>
        <w:t xml:space="preserve"> ile, fiili durum ise </w:t>
      </w:r>
      <w:r>
        <w:rPr>
          <w:b/>
          <w:i w:val="0"/>
        </w:rPr>
        <w:t>[FOTOĞRAF / TUTANAK]</w:t>
      </w:r>
      <w:r>
        <w:rPr>
          <w:b w:val="0"/>
          <w:i w:val="0"/>
        </w:rPr>
        <w:t xml:space="preserve"> ile gösterilmektedir.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Alan / olay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Diğer maliklere etkisi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 VE KULLANIM]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[ERİŞİM / KULLANIM ENGELİ]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 NO]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İstenen düzeltme</w:t>
      </w:r>
    </w:p>
    <w:p>
      <w:pPr>
        <w:widowControl/>
        <w:jc w:val="both"/>
      </w:pPr>
      <w:r>
        <w:rPr>
          <w:b w:val="0"/>
          <w:i w:val="0"/>
        </w:rPr>
        <w:t xml:space="preserve">Ortak alanın özgülenme amacına uygun kullanılabilmesi için </w:t>
      </w:r>
      <w:r>
        <w:rPr>
          <w:b/>
          <w:i w:val="0"/>
        </w:rPr>
        <w:t>[SOMUT İŞLEM]</w:t>
      </w:r>
      <w:r>
        <w:rPr>
          <w:b w:val="0"/>
          <w:i w:val="0"/>
        </w:rPr>
        <w:t xml:space="preserve"> yapılmasını; </w:t>
      </w:r>
      <w:r>
        <w:rPr>
          <w:b/>
          <w:i w:val="0"/>
        </w:rPr>
        <w:t>[TARİH / UYGUN SÜRE]</w:t>
      </w:r>
      <w:r>
        <w:rPr>
          <w:b w:val="0"/>
          <w:i w:val="0"/>
        </w:rPr>
        <w:t xml:space="preserve"> içinde alanın </w:t>
      </w:r>
      <w:r>
        <w:rPr>
          <w:b/>
          <w:i w:val="0"/>
        </w:rPr>
        <w:t>[OLMASI GEREKEN DURUM]</w:t>
      </w:r>
      <w:r>
        <w:rPr>
          <w:b w:val="0"/>
          <w:i w:val="0"/>
        </w:rPr>
        <w:t xml:space="preserve"> hâline getirilmesini istiyorum. İşlemin tamamlandığının </w:t>
      </w:r>
      <w:r>
        <w:rPr>
          <w:b/>
          <w:i w:val="0"/>
        </w:rPr>
        <w:t>[İLETİŞİM / TUTANAK]</w:t>
      </w:r>
      <w:r>
        <w:rPr>
          <w:b w:val="0"/>
          <w:i w:val="0"/>
        </w:rPr>
        <w:t xml:space="preserve"> ile bildirilmesi rica olunur.</w:t>
      </w:r>
    </w:p>
    <w:p>
      <w:pPr>
        <w:widowControl/>
        <w:jc w:val="both"/>
      </w:pPr>
      <w:r>
        <w:rPr>
          <w:b w:val="0"/>
          <w:i w:val="0"/>
        </w:rPr>
        <w:t>Kullanıma ilişkin bir tahsis veya izin bulunduğu düşünülüyorsa, buna dayanak yönetim planı/kurul kararı ve kapsamının aynı süre içinde iletilmesi istenir. Sadece fiili kullanımın uzun sürmesi veya yöneticinin sözlü açıklaması, gerekli malik rızalarının yerine geçtiği kabul edilmez.</w:t>
      </w:r>
    </w:p>
    <w:p>
      <w:pPr>
        <w:widowControl/>
        <w:jc w:val="both"/>
      </w:pPr>
      <w:r>
        <w:rPr>
          <w:b w:val="0"/>
          <w:i w:val="0"/>
        </w:rPr>
        <w:t>Bu bildirim ortak yerin kullanımı ve yönetim düzenine ilişkindir. Uyuşmazlık çözülmezse kanuni başvuru yolları izlenecektir. Eşyaya el koyma, zarar verme veya kanuni yetki olmadan tasfiye işlemi yapılacağı yönünde bir karar içermez.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Bildiren</w:t>
        <w:br/>
      </w:r>
      <w:r>
        <w:rPr>
          <w:b/>
          <w:i w:val="0"/>
        </w:rPr>
        <w:t>[AD SOYAD, SIFAT,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Onaylı proje/yönetim planı ilgili bölümü</w:t>
      </w:r>
    </w:p>
    <w:p>
      <w:pPr>
        <w:widowControl/>
      </w:pPr>
      <w:r>
        <w:rPr>
          <w:b w:val="0"/>
          <w:i w:val="0"/>
        </w:rPr>
        <w:t>2. Tarihli fotoğraf ve tespit tutanağı</w:t>
      </w:r>
    </w:p>
    <w:p>
      <w:pPr>
        <w:widowControl/>
      </w:pPr>
      <w:r>
        <w:rPr>
          <w:b w:val="0"/>
          <w:i w:val="0"/>
        </w:rPr>
        <w:t>3. Varsa kurul kararı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Ortak Alan Kullanım Bildirimi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