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[SİGORTA ŞİRKETİ UNVANI]</w:t>
      </w:r>
      <w:r>
        <w:rPr>
          <w:b/>
          <w:i w:val="0"/>
        </w:rPr>
        <w:t xml:space="preserve"> HASAR BİRİMİNE</w:t>
      </w:r>
    </w:p>
    <w:p>
      <w:pPr>
        <w:widowControl/>
        <w:spacing w:after="60"/>
      </w:pPr>
      <w:r>
        <w:rPr>
          <w:b/>
        </w:rPr>
        <w:t xml:space="preserve">Başvuran / hak sahibi : </w:t>
      </w:r>
      <w:r>
        <w:t>[AD SOYAD/UNVAN, KİMLİK/VERGİ NO, ADRES]</w:t>
      </w:r>
    </w:p>
    <w:p>
      <w:pPr>
        <w:widowControl/>
        <w:spacing w:after="60"/>
      </w:pPr>
      <w:r>
        <w:rPr>
          <w:b/>
        </w:rPr>
        <w:t xml:space="preserve">Varsa vekil : </w:t>
      </w:r>
      <w:r>
        <w:t>[AD SOYAD, ADRES/UETS]</w:t>
      </w:r>
    </w:p>
    <w:p>
      <w:pPr>
        <w:widowControl/>
        <w:spacing w:after="60"/>
      </w:pPr>
      <w:r>
        <w:rPr>
          <w:b/>
        </w:rPr>
        <w:t xml:space="preserve">Poliçe / hasar dosyası : </w:t>
      </w:r>
      <w:r>
        <w:t>[TÜR, POLİÇE NO, DÖNEM] / [HASAR NO]</w:t>
      </w:r>
    </w:p>
    <w:p>
      <w:pPr>
        <w:widowControl/>
        <w:spacing w:after="60"/>
      </w:pPr>
      <w:r>
        <w:rPr>
          <w:b/>
        </w:rPr>
        <w:t xml:space="preserve">Olay : </w:t>
      </w:r>
      <w:r>
        <w:t>[TARİH, YER, PLAKALAR]</w:t>
      </w:r>
    </w:p>
    <w:p>
      <w:pPr>
        <w:widowControl/>
        <w:spacing w:after="60"/>
      </w:pPr>
      <w:r>
        <w:rPr>
          <w:b/>
        </w:rPr>
        <w:t xml:space="preserve">Konu : </w:t>
      </w:r>
      <w:r>
        <w:t>[RİZİKO] nedeniyle poliçe kapsamındaki tazminatın ödenmesi</w:t>
      </w:r>
    </w:p>
    <w:p>
      <w:pPr>
        <w:widowControl/>
        <w:spacing w:after="60"/>
      </w:pPr>
      <w:r>
        <w:rPr>
          <w:b/>
        </w:rPr>
        <w:t xml:space="preserve">Banka hesabı : </w:t>
      </w:r>
      <w:r>
        <w:t>[HAK SAHİBİNİN ADI, BANKA, IBAN]</w:t>
      </w:r>
    </w:p>
    <w:p>
      <w:pPr>
        <w:widowControl/>
        <w:jc w:val="both"/>
      </w:pPr>
      <w:r>
        <w:rPr>
          <w:b w:val="0"/>
          <w:i w:val="0"/>
        </w:rPr>
        <w:t xml:space="preserve">1. Şirketinizce düzenlenen </w:t>
      </w:r>
      <w:r>
        <w:rPr>
          <w:b/>
          <w:i w:val="0"/>
        </w:rPr>
        <w:t>[SİGORTA TÜRÜ, POLİÇE NO, SÜRE]</w:t>
      </w:r>
      <w:r>
        <w:rPr>
          <w:b w:val="0"/>
          <w:i w:val="0"/>
        </w:rPr>
        <w:t xml:space="preserve"> kapsamında </w:t>
      </w:r>
      <w:r>
        <w:rPr>
          <w:b/>
          <w:i w:val="0"/>
        </w:rPr>
        <w:t>[SİGORTALI/PLAKA/VARLIK]</w:t>
      </w:r>
      <w:r>
        <w:rPr>
          <w:b w:val="0"/>
          <w:i w:val="0"/>
        </w:rPr>
        <w:t xml:space="preserve"> teminat altındadır. </w:t>
      </w:r>
      <w:r>
        <w:rPr>
          <w:b/>
          <w:i w:val="0"/>
        </w:rPr>
        <w:t>[TARİH, YER]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[OLAYIN OLUŞUMU]</w:t>
      </w:r>
      <w:r>
        <w:rPr>
          <w:b w:val="0"/>
          <w:i w:val="0"/>
        </w:rPr>
        <w:t xml:space="preserve"> gerçekleşmiştir. Başvuranın talep hakkı </w:t>
      </w:r>
      <w:r>
        <w:rPr>
          <w:b/>
          <w:i w:val="0"/>
        </w:rPr>
        <w:t>[SİGORTALI/ZARAR GÖREN/LEHTAR/MİRASÇI]</w:t>
      </w:r>
      <w:r>
        <w:rPr>
          <w:b w:val="0"/>
          <w:i w:val="0"/>
        </w:rPr>
        <w:t xml:space="preserve"> sıfatına dayanmaktadır.</w:t>
      </w:r>
    </w:p>
    <w:p>
      <w:pPr>
        <w:widowControl/>
        <w:jc w:val="both"/>
      </w:pPr>
      <w:r>
        <w:rPr>
          <w:b w:val="0"/>
          <w:i w:val="0"/>
        </w:rPr>
        <w:t xml:space="preserve">2. Olayın poliçedeki </w:t>
      </w:r>
      <w:r>
        <w:rPr>
          <w:b/>
          <w:i w:val="0"/>
        </w:rPr>
        <w:t>[TEMİNAT]</w:t>
      </w:r>
      <w:r>
        <w:rPr>
          <w:b w:val="0"/>
          <w:i w:val="0"/>
        </w:rPr>
        <w:t xml:space="preserve"> kapsamına girdiği </w:t>
      </w:r>
      <w:r>
        <w:rPr>
          <w:b/>
          <w:i w:val="0"/>
        </w:rPr>
        <w:t>[OLAY-TEMİNAT BAĞI]</w:t>
      </w:r>
      <w:r>
        <w:rPr>
          <w:b w:val="0"/>
          <w:i w:val="0"/>
        </w:rPr>
        <w:t xml:space="preserve"> nedeniyle ileri sürülmektedir. Sorumluluk sigortasında sigortalının sorumluluğu/kusuru </w:t>
      </w:r>
      <w:r>
        <w:rPr>
          <w:b/>
          <w:i w:val="0"/>
        </w:rPr>
        <w:t>[TUTANAK VE DELİL]</w:t>
      </w:r>
      <w:r>
        <w:rPr>
          <w:b w:val="0"/>
          <w:i w:val="0"/>
        </w:rPr>
        <w:t xml:space="preserve"> ile açıklanmıştır. Hasar bildirimi </w:t>
      </w:r>
      <w:r>
        <w:rPr>
          <w:b/>
          <w:i w:val="0"/>
        </w:rPr>
        <w:t>[TARİH, KAYIT]</w:t>
      </w:r>
      <w:r>
        <w:rPr>
          <w:b w:val="0"/>
          <w:i w:val="0"/>
        </w:rPr>
        <w:t xml:space="preserve"> ile yapılmış; ekspertiz </w:t>
      </w:r>
      <w:r>
        <w:rPr>
          <w:b/>
          <w:i w:val="0"/>
        </w:rPr>
        <w:t>[TARİH, UZMAN, RAPOR]</w:t>
      </w:r>
      <w:r>
        <w:rPr>
          <w:b w:val="0"/>
          <w:i w:val="0"/>
        </w:rPr>
        <w:t xml:space="preserve"> bilgileriyle yürütülmüştür.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Talep kalemi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Hesap ve delil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Önceki ödeme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Net talep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[ONARIM/İKAME BEDELİ]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[FATURA/RAPOR/HESAP]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[DEĞER KAYBI/AYRI TEMİNAT]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[DAYANAK]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[BEDENSEL ZARARDA UYGUN KALEM]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[SAĞLIK/AKTÜERYA BELGESİ]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Başvuru toplamı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olup kullanılmayan kalemler çıkarılmıştır. Aynı zarar için </w:t>
      </w:r>
      <w:r>
        <w:rPr>
          <w:b/>
          <w:i w:val="0"/>
        </w:rPr>
        <w:t>[SİGORTACI/KİŞİ]</w:t>
      </w:r>
      <w:r>
        <w:rPr>
          <w:b w:val="0"/>
          <w:i w:val="0"/>
        </w:rPr>
        <w:t xml:space="preserve"> tarafından yapılan </w:t>
      </w:r>
      <w:r>
        <w:rPr>
          <w:b/>
          <w:i w:val="0"/>
        </w:rPr>
        <w:t>[TARİH, TUTAR]</w:t>
      </w:r>
      <w:r>
        <w:rPr>
          <w:b w:val="0"/>
          <w:i w:val="0"/>
        </w:rPr>
        <w:t xml:space="preserve"> ödemesi mahsup edilmiştir. Teminat limiti ve varsa muafiyetin uygulanmasına ilişkin görüşümüz </w:t>
      </w:r>
      <w:r>
        <w:rPr>
          <w:b/>
          <w:i w:val="0"/>
        </w:rPr>
        <w:t>[POLİÇE MADDESİ VE HESAP]</w:t>
      </w:r>
      <w:r>
        <w:rPr>
          <w:b w:val="0"/>
          <w:i w:val="0"/>
        </w:rPr>
        <w:t>tır.</w:t>
      </w:r>
    </w:p>
    <w:p>
      <w:pPr>
        <w:widowControl/>
        <w:jc w:val="both"/>
      </w:pPr>
      <w:r>
        <w:rPr>
          <w:b w:val="0"/>
          <w:i w:val="0"/>
        </w:rPr>
        <w:t>4. Eksik belge bulunduğu düşünülüyorsa belgenin adı, ilgili zarar kalemi ve gerekliliğinin hukuki/poliçesel dayanağı açıkça bildirilmelidir. Talebin reddi veya azaltılması hâlinde hesap cetveli, ekspertiz dayanağı ve uygulanan hükmün tarafımıza verilmesini isteriz.</w:t>
      </w: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Ekli belgelerle açıklanan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tazminatın, uygulanabilir temerrüt tarihi </w:t>
      </w:r>
      <w:r>
        <w:rPr>
          <w:b/>
          <w:i w:val="0"/>
        </w:rPr>
        <w:t>[TARİH VE DAYANAK]</w:t>
      </w:r>
      <w:r>
        <w:rPr>
          <w:b w:val="0"/>
          <w:i w:val="0"/>
        </w:rPr>
        <w:t xml:space="preserve"> gözetilerek doğan faiziyle hak sahibi hesabına ödenmesini; kararın kalemli ve gerekçeli olarak bildirilmesini talep ederim. Kısmi ödemenin alınması ayrıca açıkça kararlaştırılmadıkça bakiye zarar veya ferilerden ibra anlamına gelmez.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 xml:space="preserve">Hak sahibi / yetkili temsilcisi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Poliçe/hasar dosyası bilgisi</w:t>
      </w:r>
    </w:p>
    <w:p>
      <w:pPr>
        <w:keepNext/>
        <w:widowControl/>
      </w:pPr>
      <w:r>
        <w:rPr>
          <w:b w:val="0"/>
          <w:i w:val="0"/>
        </w:rPr>
        <w:t>2. Olay tutanağı ve fotoğraflar</w:t>
      </w:r>
    </w:p>
    <w:p>
      <w:pPr>
        <w:keepNext/>
        <w:widowControl/>
      </w:pPr>
      <w:r>
        <w:rPr>
          <w:b w:val="0"/>
          <w:i w:val="0"/>
        </w:rPr>
        <w:t>3. Ekspertiz, fatura ve hesap raporu</w:t>
      </w:r>
    </w:p>
    <w:p>
      <w:pPr>
        <w:keepNext/>
        <w:widowControl/>
      </w:pPr>
      <w:r>
        <w:rPr>
          <w:b w:val="0"/>
          <w:i w:val="0"/>
        </w:rPr>
        <w:t>4. Ruhsat/tapu/hak sahipliği belgesi</w:t>
      </w:r>
    </w:p>
    <w:p>
      <w:pPr>
        <w:keepNext/>
        <w:widowControl/>
      </w:pPr>
      <w:r>
        <w:rPr>
          <w:b w:val="0"/>
          <w:i w:val="0"/>
        </w:rPr>
        <w:t>5. Bedensel zararda ilgili sağlık ve gelir belgeleri</w:t>
      </w:r>
    </w:p>
    <w:p>
      <w:pPr>
        <w:keepNext/>
        <w:widowControl/>
      </w:pPr>
      <w:r>
        <w:rPr>
          <w:b w:val="0"/>
          <w:i w:val="0"/>
        </w:rPr>
        <w:t>6. Önceki ödeme belgeleri</w:t>
      </w:r>
    </w:p>
    <w:p>
      <w:pPr>
        <w:widowControl/>
      </w:pPr>
      <w:r>
        <w:rPr>
          <w:b w:val="0"/>
          <w:i w:val="0"/>
        </w:rPr>
        <w:t>7. Vekâletname veya temsil belgesi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Sigorta Şirketine Tazminat Başvurusu</dc:title>
  <dc:subject>Trafik ve Sigorta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