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KİRALANANI BELİRLİ TARİHTE BOŞALTMA TAAHHÜDÜ</w:t>
      </w:r>
    </w:p>
    <w:p>
      <w:pPr>
        <w:widowControl/>
        <w:spacing w:after="80"/>
      </w:pPr>
      <w:r>
        <w:rPr>
          <w:b/>
        </w:rPr>
        <w:t xml:space="preserve">Kiracı / kiracılar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Kiraya veren : </w:t>
      </w:r>
      <w:r>
        <w:t>[AD SOYAD / UNVAN, ADRES]</w:t>
      </w:r>
    </w:p>
    <w:p>
      <w:pPr>
        <w:widowControl/>
        <w:spacing w:after="80"/>
      </w:pPr>
      <w:r>
        <w:rPr>
          <w:b/>
        </w:rPr>
        <w:t xml:space="preserve">Kiralanan : </w:t>
      </w:r>
      <w:r>
        <w:t>[TAM ADRES, BAĞIMSIZ BÖLÜM]</w:t>
      </w:r>
    </w:p>
    <w:p>
      <w:pPr>
        <w:widowControl/>
        <w:spacing w:after="80"/>
      </w:pPr>
      <w:r>
        <w:rPr>
          <w:b/>
        </w:rPr>
        <w:t xml:space="preserve">Kira sözleşmesi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Fiilî teslim tarihi : </w:t>
      </w:r>
      <w:r>
        <w:t>[GERÇEK TESLİM TARİHİ]</w:t>
      </w:r>
    </w:p>
    <w:p>
      <w:pPr>
        <w:widowControl/>
        <w:spacing w:after="80"/>
      </w:pPr>
      <w:r>
        <w:rPr>
          <w:b/>
        </w:rPr>
        <w:t xml:space="preserve">Taahhüdün düzenlenip imzalandığı tarih : </w:t>
      </w:r>
      <w:r>
        <w:t>[GERÇEK İMZA TARİHİ]</w:t>
      </w:r>
    </w:p>
    <w:p>
      <w:pPr>
        <w:widowControl/>
        <w:spacing w:after="80"/>
      </w:pPr>
      <w:r>
        <w:rPr>
          <w:b/>
        </w:rPr>
        <w:t xml:space="preserve">Kesin tahliye tarihi : </w:t>
      </w:r>
      <w:r>
        <w:t>[GÜN / AY / YIL]</w:t>
      </w:r>
    </w:p>
    <w:p>
      <w:pPr>
        <w:widowControl/>
        <w:jc w:val="both"/>
      </w:pPr>
      <w:r>
        <w:rPr>
          <w:b w:val="0"/>
          <w:i w:val="0"/>
        </w:rPr>
        <w:t xml:space="preserve">Yukarıda tanımlanan kiralanan tarafıma </w:t>
      </w:r>
      <w:r>
        <w:rPr>
          <w:b/>
          <w:i w:val="0"/>
        </w:rPr>
        <w:t>[FİİLÎ TESLİM TARİHİ]</w:t>
      </w:r>
      <w:r>
        <w:rPr>
          <w:b w:val="0"/>
          <w:i w:val="0"/>
        </w:rPr>
        <w:t xml:space="preserve"> tarihinde teslim edilmiştir. Kiralananı teslim aldıktan sonra verdiğim bu yazılı beyanla, taşınmazı </w:t>
      </w:r>
      <w:r>
        <w:rPr>
          <w:b/>
          <w:i w:val="0"/>
        </w:rPr>
        <w:t>[KESİN TAHLİYE TARİHİ]</w:t>
      </w:r>
      <w:r>
        <w:rPr>
          <w:b w:val="0"/>
          <w:i w:val="0"/>
        </w:rPr>
        <w:t xml:space="preserve"> tarihinde boşaltarak anahtarları ve teslim aldığım demirbaşlarıyla birlikte kiraya verene veya teslim almaya yetkili temsilcisine teslim etmeyi taahhüt ederim.</w:t>
      </w:r>
    </w:p>
    <w:p>
      <w:pPr>
        <w:widowControl/>
        <w:jc w:val="both"/>
      </w:pPr>
      <w:r>
        <w:rPr>
          <w:b w:val="0"/>
          <w:i w:val="0"/>
        </w:rPr>
        <w:t>Düzenleme tarihi ile tahliye tarihi metinde açıkça yazılmıştır. Bu beyanı içeriğini okuyarak, kiralananın tesliminden sonra serbest irademle imzalıyorum. Teslim ve kira hesabı, tahliye tarihinde ayrı tutanakla kayda geçirilecektir.</w:t>
      </w:r>
    </w:p>
    <w:p>
      <w:pPr>
        <w:pStyle w:val="Heading1"/>
        <w:widowControl/>
      </w:pPr>
      <w:r>
        <w:rPr>
          <w:b/>
          <w:i w:val="0"/>
        </w:rPr>
        <w:t>Aile konutu ve diğer kiracılar — varsa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[UYGULANIYORSA]</w:t>
      </w:r>
      <w:r>
        <w:rPr>
          <w:b w:val="0"/>
          <w:i w:val="0"/>
        </w:rPr>
        <w:t xml:space="preserve"> Kiralananın aile konutu niteliği ve eşin sıfatı: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. Rızası gereken eş </w:t>
      </w:r>
      <w:r>
        <w:rPr>
          <w:b/>
          <w:i w:val="0"/>
        </w:rPr>
        <w:t>[AD, KİMLİK NO]</w:t>
      </w:r>
      <w:r>
        <w:rPr>
          <w:b w:val="0"/>
          <w:i w:val="0"/>
        </w:rPr>
        <w:t xml:space="preserve">, yukarıda kimliği belirtilen taşınmazın </w:t>
      </w:r>
      <w:r>
        <w:rPr>
          <w:b/>
          <w:i w:val="0"/>
        </w:rPr>
        <w:t>[TAHLİYE TARİHİ]</w:t>
      </w:r>
      <w:r>
        <w:rPr>
          <w:b w:val="0"/>
          <w:i w:val="0"/>
        </w:rPr>
        <w:t xml:space="preserve"> tarihinde boşaltılmasına ilişkin bu belirli taahhüde açık rızasını bildirir. Sözleşmeye taraf tüm kiracıların imzaları aşağıdadır.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Kiracı / her kiracı için ayrı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Açık rızası gereken eş — varsa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Kira sözleşmesi</w:t>
      </w:r>
    </w:p>
    <w:p>
      <w:pPr>
        <w:widowControl/>
      </w:pPr>
      <w:r>
        <w:rPr>
          <w:b w:val="0"/>
          <w:i w:val="0"/>
        </w:rPr>
        <w:t>2. Fiilî teslimi gösteren tutanak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Tahliye Taahhütnamesi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