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T.C.</w:t>
        <w:br/>
      </w:r>
      <w:r>
        <w:rPr>
          <w:b/>
          <w:i w:val="0"/>
        </w:rPr>
        <w:t>[YER]</w:t>
      </w:r>
      <w:r>
        <w:rPr>
          <w:b/>
          <w:i w:val="0"/>
        </w:rPr>
        <w:t xml:space="preserve"> İCRA DAİRESİ</w:t>
        <w:br/>
        <w:t>TAKİP TALEBİ</w:t>
      </w:r>
    </w:p>
    <w:p>
      <w:pPr>
        <w:widowControl/>
        <w:spacing w:after="80"/>
      </w:pPr>
      <w:r>
        <w:rPr>
          <w:b/>
        </w:rPr>
        <w:t xml:space="preserve">İCRA DAİRESİ : </w:t>
      </w:r>
      <w:r>
        <w:t>[YER / DAİRE]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[DAİRECE VERİLECEK]</w:t>
      </w:r>
    </w:p>
    <w:p>
      <w:pPr>
        <w:widowControl/>
        <w:spacing w:after="80"/>
      </w:pPr>
      <w:r>
        <w:rPr>
          <w:b/>
        </w:rPr>
        <w:t xml:space="preserve">ÖRNEK NO : </w:t>
      </w:r>
      <w:r>
        <w:t>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1- Alacaklının ve varsa kanuni temsilcisinin ve vekilinin adı, soyadı, vergi kimlik numarası, T.C. kimlik numarası; alacaklı veya vekili adına ödemenin yapılacağı banka adıyla hesap bilgileri ve yerleşim yerindeki adresi; alacaklı yabancı ülkede oturuyorsa Türkiye’de göstereceği yerleşim yerindeki adresi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 xml:space="preserve">Alacaklı: </w:t>
            </w:r>
            <w:r>
              <w:rPr>
                <w:b/>
                <w:i w:val="0"/>
                <w:sz w:val="21"/>
              </w:rPr>
              <w:t>[AD SOYAD / UNVAN]</w:t>
            </w:r>
            <w:r>
              <w:rPr>
                <w:b w:val="0"/>
                <w:i w:val="0"/>
                <w:sz w:val="21"/>
              </w:rPr>
              <w:br/>
              <w:t xml:space="preserve">T.C. kimlik / vergi no: </w:t>
            </w:r>
            <w:r>
              <w:rPr>
                <w:b/>
                <w:i w:val="0"/>
                <w:sz w:val="21"/>
              </w:rPr>
              <w:t>[NUMARA]</w:t>
            </w:r>
            <w:r>
              <w:rPr>
                <w:b w:val="0"/>
                <w:i w:val="0"/>
                <w:sz w:val="21"/>
              </w:rPr>
              <w:br/>
              <w:t xml:space="preserve">Adres: </w:t>
            </w:r>
            <w:r>
              <w:rPr>
                <w:b/>
                <w:i w:val="0"/>
                <w:sz w:val="21"/>
              </w:rPr>
              <w:t>[AÇIK ADRES]</w:t>
            </w:r>
            <w:r>
              <w:rPr>
                <w:b w:val="0"/>
                <w:i w:val="0"/>
                <w:sz w:val="21"/>
              </w:rPr>
              <w:br/>
              <w:t xml:space="preserve">Kanuni temsilci: </w:t>
            </w:r>
            <w:r>
              <w:rPr>
                <w:b/>
                <w:i w:val="0"/>
                <w:sz w:val="21"/>
              </w:rPr>
              <w:t>[VARSA BİLGİLER]</w:t>
            </w:r>
            <w:r>
              <w:rPr>
                <w:b w:val="0"/>
                <w:i w:val="0"/>
                <w:sz w:val="21"/>
              </w:rPr>
              <w:br/>
              <w:t xml:space="preserve">Vekili: </w:t>
            </w:r>
            <w:r>
              <w:rPr>
                <w:b/>
                <w:i w:val="0"/>
                <w:sz w:val="21"/>
              </w:rPr>
              <w:t>[VARSA AD SOYAD, BARO SİCİLİ]</w:t>
            </w:r>
            <w:r>
              <w:rPr>
                <w:b w:val="0"/>
                <w:i w:val="0"/>
                <w:sz w:val="21"/>
              </w:rPr>
              <w:br/>
              <w:t xml:space="preserve">Vekil adresi / UETS: </w:t>
            </w:r>
            <w:r>
              <w:rPr>
                <w:b/>
                <w:i w:val="0"/>
                <w:sz w:val="21"/>
              </w:rPr>
              <w:t>[ADRES]</w:t>
            </w:r>
            <w:r>
              <w:rPr>
                <w:b w:val="0"/>
                <w:i w:val="0"/>
                <w:sz w:val="21"/>
              </w:rPr>
              <w:br/>
              <w:t xml:space="preserve">Hesap sahibi: </w:t>
            </w:r>
            <w:r>
              <w:rPr>
                <w:b/>
                <w:i w:val="0"/>
                <w:sz w:val="21"/>
              </w:rPr>
              <w:t>[AD SOYAD / UNVAN]</w:t>
            </w:r>
            <w:r>
              <w:rPr>
                <w:b w:val="0"/>
                <w:i w:val="0"/>
                <w:sz w:val="21"/>
              </w:rPr>
              <w:br/>
              <w:t xml:space="preserve">Banka ve IBAN: </w:t>
            </w:r>
            <w:r>
              <w:rPr>
                <w:b/>
                <w:i w:val="0"/>
                <w:sz w:val="21"/>
              </w:rPr>
              <w:t>[BANKA / TR…]</w:t>
            </w:r>
            <w:r>
              <w:rPr>
                <w:b w:val="0"/>
                <w:i w:val="0"/>
                <w:sz w:val="21"/>
              </w:rPr>
              <w:br/>
              <w:t xml:space="preserve">Türkiye adresi: </w:t>
            </w:r>
            <w:r>
              <w:rPr>
                <w:b/>
                <w:i w:val="0"/>
                <w:sz w:val="21"/>
              </w:rPr>
              <w:t>[GEREKİYORSA ADRES]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2- Borçlunun ve varsa kanuni temsilcisinin adı, soyadı ve yerleşim yerindeki adresi; alacaklı tarafından biliniyorsa T.C. kimlik numarası veya vergi kimlik numarası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 xml:space="preserve">Borçlu: </w:t>
            </w:r>
            <w:r>
              <w:rPr>
                <w:b/>
                <w:i w:val="0"/>
                <w:sz w:val="21"/>
              </w:rPr>
              <w:t>[AD SOYAD / UNVAN]</w:t>
            </w:r>
            <w:r>
              <w:rPr>
                <w:b w:val="0"/>
                <w:i w:val="0"/>
                <w:sz w:val="21"/>
              </w:rPr>
              <w:br/>
              <w:t xml:space="preserve">Biliniyorsa T.C. kimlik / vergi no: </w:t>
            </w:r>
            <w:r>
              <w:rPr>
                <w:b/>
                <w:i w:val="0"/>
                <w:sz w:val="21"/>
              </w:rPr>
              <w:t>[NUMARA]</w:t>
            </w:r>
            <w:r>
              <w:rPr>
                <w:b w:val="0"/>
                <w:i w:val="0"/>
                <w:sz w:val="21"/>
              </w:rPr>
              <w:br/>
              <w:t xml:space="preserve">Yerleşim yeri: </w:t>
            </w:r>
            <w:r>
              <w:rPr>
                <w:b/>
                <w:i w:val="0"/>
                <w:sz w:val="21"/>
              </w:rPr>
              <w:t>[AÇIK ADRES]</w:t>
            </w:r>
            <w:r>
              <w:rPr>
                <w:b w:val="0"/>
                <w:i w:val="0"/>
                <w:sz w:val="21"/>
              </w:rPr>
              <w:br/>
              <w:t xml:space="preserve">Kanuni temsilci: </w:t>
            </w:r>
            <w:r>
              <w:rPr>
                <w:b/>
                <w:i w:val="0"/>
                <w:sz w:val="21"/>
              </w:rPr>
              <w:t>[VARSA BİLGİLER]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3- Takip terekeye karşı açılmışsa mirasçıların adı, soyadı ve yerleşim yerindeki adresleri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</w:r>
            <w:r>
              <w:rPr>
                <w:b/>
                <w:i w:val="0"/>
                <w:sz w:val="21"/>
              </w:rPr>
              <w:t>[TEREKEYE TAKİP YOKTUR / HER MİRASÇININ ADI, BİLİNİYORSA KİMLİK NUMARASI VE ADRESİ]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4- Alacağın veya istenen teminatın Türk parasıyla tutarı ve faizli alacaklarda faizin miktarı ile işlemeye başladığı gün; alacak veya teminat yabancı para ise alacağın hangi tarihteki kur üzerinden talep edildiği ve faizi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 xml:space="preserve">Asıl alacak: </w:t>
            </w:r>
            <w:r>
              <w:rPr>
                <w:b/>
                <w:i w:val="0"/>
                <w:sz w:val="21"/>
              </w:rPr>
              <w:t>[TUTAR / PARA BİRİMİ]</w:t>
            </w:r>
            <w:r>
              <w:rPr>
                <w:b w:val="0"/>
                <w:i w:val="0"/>
                <w:sz w:val="21"/>
              </w:rPr>
              <w:br/>
              <w:t xml:space="preserve">İşlemiş faiz: </w:t>
            </w:r>
            <w:r>
              <w:rPr>
                <w:b/>
                <w:i w:val="0"/>
                <w:sz w:val="21"/>
              </w:rPr>
              <w:t>[TUTAR]</w:t>
            </w:r>
            <w:r>
              <w:rPr>
                <w:b w:val="0"/>
                <w:i w:val="0"/>
                <w:sz w:val="21"/>
              </w:rPr>
              <w:br/>
              <w:t xml:space="preserve">Faiz türü ve yıllık oranı: </w:t>
            </w:r>
            <w:r>
              <w:rPr>
                <w:b/>
                <w:i w:val="0"/>
                <w:sz w:val="21"/>
              </w:rPr>
              <w:t>[TÜR / ORAN]</w:t>
            </w:r>
            <w:r>
              <w:rPr>
                <w:b w:val="0"/>
                <w:i w:val="0"/>
                <w:sz w:val="21"/>
              </w:rPr>
              <w:br/>
              <w:t xml:space="preserve">Faiz başlangıcı / bitişi: </w:t>
            </w:r>
            <w:r>
              <w:rPr>
                <w:b/>
                <w:i w:val="0"/>
                <w:sz w:val="21"/>
              </w:rPr>
              <w:t>[TARİHLER]</w:t>
            </w:r>
            <w:r>
              <w:rPr>
                <w:b w:val="0"/>
                <w:i w:val="0"/>
                <w:sz w:val="21"/>
              </w:rPr>
              <w:br/>
              <w:t xml:space="preserve">Diğer alacak: </w:t>
            </w:r>
            <w:r>
              <w:rPr>
                <w:b/>
                <w:i w:val="0"/>
                <w:sz w:val="21"/>
              </w:rPr>
              <w:t>[SEBEP / TUTAR]</w:t>
            </w:r>
            <w:r>
              <w:rPr>
                <w:b w:val="0"/>
                <w:i w:val="0"/>
                <w:sz w:val="21"/>
              </w:rPr>
              <w:br/>
              <w:t xml:space="preserve">Toplam takip alacağı: </w:t>
            </w:r>
            <w:r>
              <w:rPr>
                <w:b/>
                <w:i w:val="0"/>
                <w:sz w:val="21"/>
              </w:rPr>
              <w:t>[TUTAR]</w:t>
            </w:r>
            <w:r>
              <w:rPr>
                <w:b w:val="0"/>
                <w:i w:val="0"/>
                <w:sz w:val="21"/>
              </w:rPr>
              <w:br/>
              <w:t xml:space="preserve">Yabancı para varsa takip tarihindeki TL karşılığı: </w:t>
            </w:r>
            <w:r>
              <w:rPr>
                <w:b/>
                <w:i w:val="0"/>
                <w:sz w:val="21"/>
              </w:rPr>
              <w:t>[TUTAR / KUR]</w:t>
            </w:r>
            <w:r>
              <w:rPr>
                <w:b w:val="0"/>
                <w:i w:val="0"/>
                <w:sz w:val="21"/>
              </w:rPr>
              <w:br/>
              <w:t xml:space="preserve">İstenen ödeme kuru ve tarihi: </w:t>
            </w:r>
            <w:r>
              <w:rPr>
                <w:b/>
                <w:i w:val="0"/>
                <w:sz w:val="21"/>
              </w:rPr>
              <w:t>[SEÇİLEN KUR / TARİH]</w:t>
            </w:r>
            <w:r>
              <w:rPr>
                <w:b w:val="0"/>
                <w:i w:val="0"/>
                <w:sz w:val="21"/>
              </w:rPr>
              <w:br/>
              <w:t xml:space="preserve">Takip sonrası asıl alacağa uygulanacak faiz: </w:t>
            </w:r>
            <w:r>
              <w:rPr>
                <w:b/>
                <w:i w:val="0"/>
                <w:sz w:val="21"/>
              </w:rPr>
              <w:t>[TÜR, ORAN, BAŞLANGIÇ]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5- Taşınır rehni veya ipotekle temin edilmiş bir alacak talebinde rehnedilenin ne olduğu; üçüncü kişi rehin veren veya malikin bilgileri; sonra gelen rehin hakkı sahiplerinin adı, soyadı ve yerleşim yerindeki adresi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</w:r>
            <w:r>
              <w:rPr>
                <w:b/>
                <w:i w:val="0"/>
                <w:sz w:val="21"/>
              </w:rPr>
              <w:t>[YOKTUR / REHİN KONUSU MAL, SİCİL, MALİK, ÜÇÜNCÜ KİŞİ VE SONRAKİ REHİN BİLGİLERİ]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6- Takip ilama veya ilam hükmündeki belgeye dayanıyorsa belgeyi veren makamın adı, belgenin tarihi, numarası ve özeti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</w:r>
            <w:r>
              <w:rPr>
                <w:b/>
                <w:i w:val="0"/>
                <w:sz w:val="21"/>
              </w:rPr>
              <w:t>[YOKTUR / MAHKEME YA DA MAKAM, TARİH, ESAS VE KARAR NUMARASI, İCRA EDİLECEK HÜKÜM]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7- Adi veya hasılat kiralarına ait takip talebi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</w:r>
            <w:r>
              <w:rPr>
                <w:b/>
                <w:i w:val="0"/>
                <w:sz w:val="21"/>
              </w:rPr>
              <w:t>[YOKTUR / KİRALANANIN ADRESİ, KİRA SÖZLEŞMESİ TARİHİ, BORÇ DÖNEMLERİ, KİRA BEDELİ VE TALEP]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8- Tevdi edilen senedin (poliçe, bono, çek) tarih ve numarası, özeti; senede dayalı değilse borcun sebebi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</w:r>
            <w:r>
              <w:rPr>
                <w:b/>
                <w:i w:val="0"/>
                <w:sz w:val="21"/>
              </w:rPr>
              <w:t>[SENET TÜRÜ, DÜZENLEME VE VADE TARİHİ, NUMARASI, BEDELİ / SÖZLEŞME, FATURA TARİH VE NUMARASI, BORCUN SEBEBİ]</w:t>
            </w:r>
            <w:r>
              <w:rPr>
                <w:b w:val="0"/>
                <w:i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  <w:t>9- Alacaklının seçtiği takip yolu</w:t>
            </w:r>
          </w:p>
        </w:tc>
        <w:tc>
          <w:tcPr>
            <w:tcW w:type="dxa" w:w="467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1"/>
              </w:rPr>
            </w:r>
            <w:r>
              <w:rPr>
                <w:b/>
                <w:i w:val="0"/>
                <w:sz w:val="21"/>
              </w:rPr>
              <w:t>[GENEL HACİZ / İLAMLI TAKİP / KAMBİYO SENETLERİNE MAHSUS HACİZ / REHNİN PARAYA ÇEVRİLMESİ / DİĞER UYGUN TAKİP YOLU]</w:t>
            </w:r>
            <w:r>
              <w:rPr>
                <w:b w:val="0"/>
                <w:i w:val="0"/>
                <w:sz w:val="21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Yukarıdaki </w:t>
      </w:r>
      <w:r>
        <w:rPr>
          <w:b/>
          <w:i w:val="0"/>
        </w:rPr>
        <w:t>[İLGİLİ BENT NUMARASI]</w:t>
      </w:r>
      <w:r>
        <w:rPr>
          <w:b w:val="0"/>
          <w:i w:val="0"/>
        </w:rPr>
        <w:t xml:space="preserve"> bentte yazılı hakkımın alınmasını talep ederim. (İİK m. 8, 58)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  <w:t>Alacaklı veya vekili</w:t>
        <w:br/>
      </w:r>
      <w:r>
        <w:rPr>
          <w:b/>
          <w:i w:val="0"/>
        </w:rPr>
        <w:t>[AD SOYAD]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Takibin türüne göre dayanak belge veya senet aslı ve gerekli örnekleri</w:t>
      </w:r>
    </w:p>
    <w:p>
      <w:pPr>
        <w:widowControl/>
      </w:pPr>
      <w:r>
        <w:rPr>
          <w:b w:val="0"/>
          <w:i w:val="0"/>
        </w:rPr>
        <w:t>2. Birden çok kalem varsa alacak ve faiz hesap dökümü</w:t>
      </w:r>
    </w:p>
    <w:p>
      <w:pPr>
        <w:widowControl/>
      </w:pPr>
      <w:r>
        <w:rPr>
          <w:b w:val="0"/>
          <w:i w:val="0"/>
        </w:rPr>
        <w:t>3. Vekille takipte vekâletname örneği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Takip Talebi Örnek No 1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