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[ÜYELİK HİZMETİ SAĞLAYICISININ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Üyelik İptal Talebi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Üyeliğin feshi ve otomatik yenilemenin sonlandırılması</w:t>
      </w:r>
    </w:p>
    <w:p>
      <w:pPr>
        <w:widowControl/>
        <w:spacing w:after="80"/>
      </w:pPr>
      <w:r>
        <w:rPr>
          <w:b/>
        </w:rPr>
        <w:t xml:space="preserve">Üyelik bilgisi : </w:t>
      </w:r>
      <w:r>
        <w:t>[ÜYE NO, PAKET ADI, KAYIT TARİHİ]</w:t>
      </w:r>
    </w:p>
    <w:p>
      <w:pPr>
        <w:widowControl/>
        <w:spacing w:after="80"/>
      </w:pPr>
      <w:r>
        <w:rPr>
          <w:b/>
        </w:rPr>
        <w:t xml:space="preserve">Süre ve ücret : </w:t>
      </w:r>
      <w:r>
        <w:t>[SÖZLEŞME DÖNEMİ, ÖDEME PLANI, PEŞİN ÖDEME TUTARI]</w:t>
      </w:r>
    </w:p>
    <w:p>
      <w:pPr>
        <w:pStyle w:val="Heading1"/>
        <w:widowControl/>
      </w:pPr>
      <w:r>
        <w:rPr>
          <w:b/>
          <w:i w:val="0"/>
        </w:rPr>
        <w:t>ÜYELİK VE FESİH İRADESİ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[PAKET/HİZMET]</w:t>
      </w:r>
      <w:r>
        <w:rPr>
          <w:b w:val="0"/>
          <w:i w:val="0"/>
        </w:rPr>
        <w:t xml:space="preserve"> üyeliği kurulmuştur. Üyeliğin süresi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; otomatik yenileme kaydı </w:t>
      </w:r>
      <w:r>
        <w:rPr>
          <w:b/>
          <w:i w:val="0"/>
        </w:rPr>
        <w:t>[SÖZLEŞME MADDESİ / YOK]</w:t>
      </w:r>
      <w:r>
        <w:rPr>
          <w:b w:val="0"/>
          <w:i w:val="0"/>
        </w:rPr>
        <w:t xml:space="preserve"> şeklindedir. Bu bildirimle üyeliğimi </w:t>
      </w:r>
      <w:r>
        <w:rPr>
          <w:b/>
          <w:i w:val="0"/>
        </w:rPr>
        <w:t>[SÖZLEŞME VE KANUNEN UYGUN TARİH]</w:t>
      </w:r>
      <w:r>
        <w:rPr>
          <w:b w:val="0"/>
          <w:i w:val="0"/>
        </w:rPr>
        <w:t xml:space="preserve"> itibarıyla feshettiğimi ve sonraki dönem için yenileme istemediğimi bildiriyorum.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 HAKLI FESİH SEBEBİ: Hizmetin sunulmaması, esaslı değişiklik veya diğer somut neden [OLAY VE TARİH]</w:t>
      </w:r>
      <w:r>
        <w:rPr>
          <w:b w:val="0"/>
          <w:i w:val="0"/>
        </w:rPr>
        <w:t xml:space="preserve">tir. Bu durum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sabittir ve </w:t>
      </w:r>
      <w:r>
        <w:rPr>
          <w:b/>
          <w:i w:val="0"/>
        </w:rPr>
        <w:t>[ÖNCEKİ BAŞVURU]</w:t>
      </w:r>
      <w:r>
        <w:rPr>
          <w:b w:val="0"/>
          <w:i w:val="0"/>
        </w:rPr>
        <w:t>ya rağmen giderilmemiştir.]</w:t>
      </w:r>
    </w:p>
    <w:p>
      <w:pPr>
        <w:widowControl/>
        <w:jc w:val="both"/>
      </w:pPr>
      <w:r>
        <w:rPr>
          <w:b w:val="0"/>
          <w:i w:val="0"/>
        </w:rPr>
        <w:t xml:space="preserve">3. İade hesabı bakımından toplam ödemem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TL, yararlanılan hizmet dönemi </w:t>
      </w:r>
      <w:r>
        <w:rPr>
          <w:b/>
          <w:i w:val="0"/>
        </w:rPr>
        <w:t>[DÖNEM]</w:t>
      </w:r>
      <w:r>
        <w:rPr>
          <w:b w:val="0"/>
          <w:i w:val="0"/>
        </w:rPr>
        <w:t xml:space="preserve">, henüz sunulmayan hizmet dönemi </w:t>
      </w:r>
      <w:r>
        <w:rPr>
          <w:b/>
          <w:i w:val="0"/>
        </w:rPr>
        <w:t>[DÖNEM]</w:t>
      </w:r>
      <w:r>
        <w:rPr>
          <w:b w:val="0"/>
          <w:i w:val="0"/>
        </w:rPr>
        <w:t>dir. Sözleşme ve mevzuat kapsamında iadesi gereken tutarın gerekçeli hesap dökümüyle bildirilmesini talep ederim. İleri sürülecek kesintinin dayanağının ve hesabının açıklanması gerekir.</w:t>
      </w:r>
    </w:p>
    <w:p>
      <w:pPr>
        <w:widowControl/>
        <w:jc w:val="both"/>
      </w:pPr>
      <w:r>
        <w:rPr>
          <w:b w:val="0"/>
          <w:i w:val="0"/>
        </w:rPr>
        <w:t xml:space="preserve">4. Fesih tarihi sonrasına ilişkin otomatik tahsilatın durdurulmasını; </w:t>
      </w:r>
      <w:r>
        <w:rPr>
          <w:b/>
          <w:i w:val="0"/>
        </w:rPr>
        <w:t>[VARSA ÜYELİK KARTI/EKİPMAN]</w:t>
      </w:r>
      <w:r>
        <w:rPr>
          <w:b w:val="0"/>
          <w:i w:val="0"/>
        </w:rPr>
        <w:t xml:space="preserve"> iade usulünün bildirilmesini istiyorum. Bu bildirim geçmiş dönem borcunu kabul veya kapsamı belirsiz bir feragat beyanı değildir.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m.4, 5 ve üyelik abonelik niteliğindeyse m.52 ile Abonelik Sözleşmeleri Yönetmeliği; sözleşmenin geçerli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Üyeliğin ve gelecek dönem yenilemesinin yukarıdaki kapsamda sonlandırılmasını,</w:t>
      </w:r>
    </w:p>
    <w:p>
      <w:pPr>
        <w:widowControl/>
        <w:jc w:val="both"/>
      </w:pPr>
      <w:r>
        <w:rPr>
          <w:b w:val="0"/>
          <w:i w:val="0"/>
        </w:rPr>
        <w:t xml:space="preserve">2. Son hesap dökümünün ve varsa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iade alacağının karşılanmasını; sonucun yazılı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Üye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Üyelik sözleşmesi ve paket şartları</w:t>
      </w:r>
    </w:p>
    <w:p>
      <w:pPr>
        <w:widowControl/>
      </w:pPr>
      <w:r>
        <w:rPr>
          <w:b w:val="0"/>
          <w:i w:val="0"/>
        </w:rPr>
        <w:t>2. Ödeme dökümü</w:t>
      </w:r>
    </w:p>
    <w:p>
      <w:pPr>
        <w:widowControl/>
      </w:pPr>
      <w:r>
        <w:rPr>
          <w:b w:val="0"/>
          <w:i w:val="0"/>
        </w:rPr>
        <w:t>3. Haklı nedeni ve önceki bildirimleri gösteren belgeler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Üyelik İptal Talebi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