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</w:t>
      </w:r>
      <w:r>
        <w:rPr>
          <w:b/>
          <w:i w:val="0"/>
        </w:rPr>
        <w:t>[NUMARA]</w:t>
      </w:r>
      <w:r>
        <w:rPr>
          <w:b/>
          <w:i w:val="0"/>
        </w:rPr>
        <w:t xml:space="preserve"> İCRA DAİRESİNE</w:t>
      </w:r>
    </w:p>
    <w:p>
      <w:pPr>
        <w:widowControl/>
        <w:spacing w:after="80"/>
      </w:pPr>
      <w:r>
        <w:rPr>
          <w:b/>
        </w:rPr>
        <w:t xml:space="preserve">DOSYA NO : </w:t>
      </w:r>
      <w:r>
        <w:t>[YIL / ESAS]</w:t>
      </w:r>
    </w:p>
    <w:p>
      <w:pPr>
        <w:widowControl/>
        <w:spacing w:after="80"/>
      </w:pPr>
      <w:r>
        <w:rPr>
          <w:b/>
        </w:rPr>
        <w:t xml:space="preserve">VEKÂLET SUNAN AVUKAT : </w:t>
      </w:r>
      <w:r>
        <w:t>[AD SOYAD, BARO VE SİCİL]</w:t>
      </w:r>
    </w:p>
    <w:p>
      <w:pPr>
        <w:widowControl/>
        <w:spacing w:after="80"/>
      </w:pPr>
      <w:r>
        <w:rPr>
          <w:b/>
        </w:rPr>
        <w:t xml:space="preserve">ADRES / UETS : </w:t>
      </w:r>
      <w:r>
        <w:t>[ADRES VE UETS]</w:t>
      </w:r>
    </w:p>
    <w:p>
      <w:pPr>
        <w:widowControl/>
        <w:spacing w:after="80"/>
      </w:pPr>
      <w:r>
        <w:rPr>
          <w:b/>
        </w:rPr>
        <w:t xml:space="preserve">VEKİL EDEN : </w:t>
      </w:r>
      <w:r>
        <w:t>[AD SOYAD / UNVAN, KİMLİK / VERGİ NUMARASI]</w:t>
      </w:r>
    </w:p>
    <w:p>
      <w:pPr>
        <w:widowControl/>
        <w:spacing w:after="80"/>
      </w:pPr>
      <w:r>
        <w:rPr>
          <w:b/>
        </w:rPr>
        <w:t xml:space="preserve">DOSYADAKİ SIFATI : </w:t>
      </w:r>
      <w:r>
        <w:t>[ALACAKLI / BORÇLU / DİĞER]</w:t>
      </w:r>
    </w:p>
    <w:p>
      <w:pPr>
        <w:widowControl/>
        <w:jc w:val="both"/>
      </w:pPr>
      <w:r>
        <w:rPr>
          <w:b w:val="0"/>
          <w:i w:val="0"/>
        </w:rPr>
        <w:t xml:space="preserve">Ekli </w:t>
      </w:r>
      <w:r>
        <w:rPr>
          <w:b/>
          <w:i w:val="0"/>
        </w:rPr>
        <w:t>[NOTERLİK, TARİH VE YEVMİYE NUMARASI]</w:t>
      </w:r>
      <w:r>
        <w:rPr>
          <w:b w:val="0"/>
          <w:i w:val="0"/>
        </w:rPr>
        <w:t xml:space="preserve"> bilgili vekâletname uyarınca yukarıda belirtilen kişiyi bu dosyada temsil ediyorum. Vekâletnamenin dosyaya alınmasını, vekil kaydımın yapılmasını ve bundan sonraki usulüne uygun tebligatların vekil olarak tarafıma yöneltilmesini talep ederim.</w:t>
      </w:r>
    </w:p>
    <w:p>
      <w:pPr>
        <w:widowControl/>
        <w:jc w:val="both"/>
      </w:pPr>
      <w:r>
        <w:rPr>
          <w:b w:val="0"/>
          <w:i w:val="0"/>
        </w:rPr>
        <w:t xml:space="preserve">Varsa yetki belgesi / tevkil bilgileri: </w:t>
      </w:r>
      <w:r>
        <w:rPr>
          <w:b/>
          <w:i w:val="0"/>
        </w:rPr>
        <w:t>[BELGE TARİHİ, ASIL VEKİL VE YETKİNİN KAPSAMI]</w:t>
      </w:r>
      <w:r>
        <w:rPr>
          <w:b w:val="0"/>
          <w:i w:val="0"/>
        </w:rPr>
        <w:t xml:space="preserve">. </w:t>
      </w:r>
      <w:r>
        <w:rPr>
          <w:b/>
          <w:i w:val="0"/>
        </w:rPr>
        <w:t>[UYGULANMIYORSA SİLİN.]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</w:r>
      <w:r>
        <w:rPr>
          <w:b/>
          <w:i w:val="0"/>
        </w:rPr>
        <w:t>[TARİH]</w:t>
      </w:r>
      <w:r>
        <w:rPr>
          <w:b w:val="0"/>
          <w:i w:val="0"/>
        </w:rPr>
        <w:br/>
      </w:r>
      <w:r>
        <w:rPr>
          <w:b/>
          <w:i w:val="0"/>
        </w:rPr>
        <w:t>[ALACAKLI / BORÇLU]</w:t>
      </w:r>
      <w:r>
        <w:rPr>
          <w:b w:val="0"/>
          <w:i w:val="0"/>
        </w:rPr>
        <w:t xml:space="preserve"> vekili</w:t>
        <w:br/>
        <w:t xml:space="preserve">Av. </w:t>
      </w:r>
      <w:r>
        <w:rPr>
          <w:b/>
          <w:i w:val="0"/>
        </w:rPr>
        <w:t>[AD SOYAD]</w:t>
      </w:r>
      <w:r>
        <w:rPr>
          <w:b w:val="0"/>
          <w:i w:val="0"/>
        </w:rPr>
        <w:br/>
        <w:t>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Vekâletname örneği</w:t>
      </w:r>
    </w:p>
    <w:p>
      <w:pPr>
        <w:widowControl/>
      </w:pPr>
      <w:r>
        <w:rPr>
          <w:b w:val="0"/>
          <w:i w:val="0"/>
        </w:rPr>
        <w:t>2. Varsa usulüne uygun yetki belgesi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İcra Dosyasına Vekâletname Sunma</dc:title>
  <dc:subject>İcra ve İflas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