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İŞ ARAÇLARI ZİMMET TESLİM TUTANAĞI</w:t>
      </w:r>
    </w:p>
    <w:p>
      <w:pPr>
        <w:widowControl/>
        <w:spacing w:after="80"/>
      </w:pPr>
      <w:r>
        <w:rPr>
          <w:b/>
        </w:rPr>
        <w:t xml:space="preserve">İşveren / işyeri : </w:t>
      </w:r>
      <w:r>
        <w:t>[UNVAN, ADRES]</w:t>
      </w:r>
    </w:p>
    <w:p>
      <w:pPr>
        <w:widowControl/>
        <w:spacing w:after="80"/>
      </w:pPr>
      <w:r>
        <w:rPr>
          <w:b/>
        </w:rPr>
        <w:t xml:space="preserve">İşçi : </w:t>
      </w:r>
      <w:r>
        <w:t>[AD, SİCİL, GÖREV]</w:t>
      </w:r>
    </w:p>
    <w:p>
      <w:pPr>
        <w:widowControl/>
        <w:spacing w:after="80"/>
      </w:pPr>
      <w:r>
        <w:rPr>
          <w:b/>
        </w:rPr>
        <w:t xml:space="preserve">İşlem tarihi / yeri : </w:t>
      </w:r>
      <w:r>
        <w:t>[TARİH, SAAT, YER]</w:t>
      </w:r>
    </w:p>
    <w:p>
      <w:pPr>
        <w:widowControl/>
        <w:spacing w:after="80"/>
      </w:pPr>
      <w:r>
        <w:rPr>
          <w:b/>
        </w:rPr>
        <w:t xml:space="preserve">Önceki zimmet kaydı : </w:t>
      </w:r>
      <w:r>
        <w:t>[NO / TARİH]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Eşya / ekipman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Marka / seri / demirbaş no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Adet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Durum / aksesuar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[TÜR]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[TÜR]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Yukarıdaki ekipman belirtilen durum ve aksesuarlarıyla işin yürütülmesi için işçiye fiilen teslim edilmiştir. İşçi, açıklanan kullanım amacı </w:t>
      </w:r>
      <w:r>
        <w:rPr>
          <w:b/>
          <w:i w:val="0"/>
        </w:rPr>
        <w:t>[AMAÇ]</w:t>
      </w:r>
      <w:r>
        <w:rPr>
          <w:b w:val="0"/>
          <w:i w:val="0"/>
        </w:rPr>
        <w:t xml:space="preserve"> ve kullanım talimatı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hakkında bilgilendirilmiştir.</w:t>
      </w:r>
    </w:p>
    <w:p>
      <w:pPr>
        <w:widowControl/>
        <w:jc w:val="both"/>
      </w:pPr>
      <w:r>
        <w:rPr>
          <w:b w:val="0"/>
          <w:i w:val="0"/>
        </w:rPr>
        <w:t xml:space="preserve">İşçi ekipmanı özenle kullanır; kayıp, arıza veya hasarı fark ettiğinde </w:t>
      </w:r>
      <w:r>
        <w:rPr>
          <w:b/>
          <w:i w:val="0"/>
        </w:rPr>
        <w:t>[BİRİM]</w:t>
      </w:r>
      <w:r>
        <w:rPr>
          <w:b w:val="0"/>
          <w:i w:val="0"/>
        </w:rPr>
        <w:t xml:space="preserve">e gecikmeden bildirir. Bakım/onarım yetkisi ve başvuru yolu </w:t>
      </w:r>
      <w:r>
        <w:rPr>
          <w:b/>
          <w:i w:val="0"/>
        </w:rPr>
        <w:t>[USUL]</w:t>
      </w:r>
      <w:r>
        <w:rPr>
          <w:b w:val="0"/>
          <w:i w:val="0"/>
        </w:rPr>
        <w:t>dür. Görev değişimi, iş ilişkisinin sona ermesi veya haklı teslim talebinde ekipman ayrı iade tutanağıyla geri verilir.</w:t>
      </w:r>
    </w:p>
    <w:p>
      <w:pPr>
        <w:widowControl/>
        <w:jc w:val="both"/>
      </w:pPr>
      <w:r>
        <w:rPr>
          <w:b w:val="0"/>
          <w:i w:val="0"/>
        </w:rPr>
        <w:t>Eşyanın mülkiyeti işverendedir. Kullanımdan doğan olağan yıpranma ile kusurlu zarar ayrı değerlendirilir. Teslim imzası, sebebi araştırılmaksızın her hasarı ödeme veya ücretinden sınırsız kesinti yapılmasına onay anlamına gelmez.</w:t>
      </w:r>
    </w:p>
    <w:p>
      <w:pPr>
        <w:widowControl/>
        <w:jc w:val="both"/>
      </w:pPr>
      <w:r>
        <w:rPr>
          <w:b w:val="0"/>
          <w:i w:val="0"/>
        </w:rPr>
        <w:t xml:space="preserve">Tutanak iki nüsha düzenlenmiş, taraflara birer nüsha verilmiştir.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Teslim eden</w:t>
        <w:br/>
      </w:r>
      <w:r>
        <w:rPr>
          <w:b/>
          <w:i w:val="0"/>
        </w:rPr>
        <w:t>[AD — GÖREV — İMZA]</w:t>
      </w:r>
      <w:r>
        <w:rPr>
          <w:b w:val="0"/>
          <w:i w:val="0"/>
        </w:rPr>
        <w:br/>
        <w:t>Teslim alan</w:t>
        <w:br/>
      </w:r>
      <w:r>
        <w:rPr>
          <w:b/>
          <w:i w:val="0"/>
        </w:rPr>
        <w:t>[AD — GÖREV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Ekipman fotoğrafları — varsa</w:t>
      </w:r>
    </w:p>
    <w:p>
      <w:pPr>
        <w:widowControl/>
      </w:pPr>
      <w:r>
        <w:rPr>
          <w:b w:val="0"/>
          <w:i w:val="0"/>
        </w:rPr>
        <w:t>2. Önceki teslim/iade kaydı</w:t>
      </w:r>
    </w:p>
    <w:p>
      <w:pPr>
        <w:widowControl/>
      </w:pPr>
      <w:r>
        <w:rPr>
          <w:b w:val="0"/>
          <w:i w:val="0"/>
        </w:rPr>
        <w:t>3. Kullanım talimatı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Zimmet Teslim Tutanağı</dc:title>
  <dc:subject>İş ve İşçilik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